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5CCB" w14:textId="77777777" w:rsidR="00AA2BCB" w:rsidRDefault="00AA2BCB" w:rsidP="004F09A0">
      <w:pPr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14:paraId="7829F5D7" w14:textId="6DA4BA13" w:rsidR="004F09A0" w:rsidRPr="004843CF" w:rsidRDefault="004F09A0" w:rsidP="004F09A0">
      <w:pPr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843CF">
        <w:rPr>
          <w:rFonts w:ascii="Arial" w:hAnsi="Arial" w:cs="Arial"/>
          <w:b/>
          <w:color w:val="auto"/>
          <w:sz w:val="24"/>
          <w:szCs w:val="24"/>
        </w:rPr>
        <w:t>RESOLUÇÃO Nº 075/2024 – CONSUNI</w:t>
      </w:r>
    </w:p>
    <w:p w14:paraId="4A8D832C" w14:textId="77777777" w:rsidR="0067429B" w:rsidRDefault="008C7537">
      <w:pPr>
        <w:spacing w:after="240"/>
        <w:jc w:val="center"/>
        <w:rPr>
          <w:rFonts w:ascii="Arial" w:hAnsi="Arial" w:cs="Arial"/>
          <w:b/>
          <w:color w:val="auto"/>
          <w:sz w:val="28"/>
        </w:rPr>
      </w:pPr>
      <w:r w:rsidRPr="00327852">
        <w:rPr>
          <w:rFonts w:ascii="Arial" w:hAnsi="Arial" w:cs="Arial"/>
          <w:b/>
          <w:color w:val="auto"/>
          <w:sz w:val="28"/>
        </w:rPr>
        <w:t>ANEXO III</w:t>
      </w:r>
    </w:p>
    <w:p w14:paraId="76FD15C6" w14:textId="31EE0707" w:rsidR="00B11E46" w:rsidRPr="00AA2BCB" w:rsidRDefault="008C7537" w:rsidP="0067429B">
      <w:pPr>
        <w:spacing w:after="240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AA2BCB">
        <w:rPr>
          <w:rFonts w:ascii="Arial" w:hAnsi="Arial" w:cs="Arial"/>
          <w:b/>
          <w:color w:val="auto"/>
          <w:sz w:val="28"/>
          <w:szCs w:val="28"/>
        </w:rPr>
        <w:t>DECLARAÇÃO DE RECONHECIMENTO DE DIREITOS DE PROPRIEDADE INTELECTUAL</w:t>
      </w:r>
    </w:p>
    <w:p w14:paraId="4595ED43" w14:textId="77777777" w:rsidR="00AA2BCB" w:rsidRPr="004F09A0" w:rsidRDefault="00AA2BCB" w:rsidP="0067429B">
      <w:pPr>
        <w:spacing w:after="240"/>
        <w:jc w:val="center"/>
        <w:rPr>
          <w:rFonts w:ascii="Arial" w:hAnsi="Arial" w:cs="Arial"/>
          <w:color w:val="auto"/>
        </w:rPr>
      </w:pPr>
    </w:p>
    <w:p w14:paraId="7CEBA10F" w14:textId="297C2CF0" w:rsidR="00327852" w:rsidRPr="00327852" w:rsidRDefault="00327852" w:rsidP="00327852">
      <w:pPr>
        <w:spacing w:before="40" w:after="80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color w:val="auto"/>
          <w:sz w:val="24"/>
          <w:szCs w:val="24"/>
        </w:rPr>
        <w:t xml:space="preserve">Eu, __________________________________________________________________, </w:t>
      </w:r>
      <w:r w:rsidR="000448E6" w:rsidRPr="000448E6">
        <w:rPr>
          <w:rFonts w:ascii="Arial" w:hAnsi="Arial" w:cs="Arial"/>
          <w:color w:val="auto"/>
          <w:sz w:val="24"/>
          <w:szCs w:val="24"/>
        </w:rPr>
        <w:t xml:space="preserve">qualificação (RG, CPF </w:t>
      </w:r>
      <w:r w:rsidR="000448E6" w:rsidRPr="00AA2BCB">
        <w:rPr>
          <w:rFonts w:ascii="Arial" w:hAnsi="Arial" w:cs="Arial"/>
          <w:color w:val="auto"/>
        </w:rPr>
        <w:t>e</w:t>
      </w:r>
      <w:r w:rsidR="00AA2BCB">
        <w:rPr>
          <w:rFonts w:ascii="Arial" w:hAnsi="Arial" w:cs="Arial"/>
          <w:color w:val="auto"/>
          <w:sz w:val="24"/>
          <w:szCs w:val="24"/>
        </w:rPr>
        <w:t xml:space="preserve"> </w:t>
      </w:r>
      <w:r w:rsidR="000448E6" w:rsidRPr="000448E6">
        <w:rPr>
          <w:rFonts w:ascii="Arial" w:hAnsi="Arial" w:cs="Arial"/>
          <w:color w:val="auto"/>
          <w:sz w:val="24"/>
          <w:szCs w:val="24"/>
        </w:rPr>
        <w:t>Profissão</w:t>
      </w:r>
      <w:r w:rsidR="000448E6">
        <w:rPr>
          <w:rFonts w:ascii="Arial" w:hAnsi="Arial" w:cs="Arial"/>
          <w:color w:val="auto"/>
          <w:sz w:val="24"/>
          <w:szCs w:val="24"/>
        </w:rPr>
        <w:t>)__________________________________________</w:t>
      </w:r>
      <w:r w:rsidRPr="00327852">
        <w:rPr>
          <w:rFonts w:ascii="Arial" w:hAnsi="Arial" w:cs="Arial"/>
          <w:color w:val="auto"/>
          <w:sz w:val="24"/>
          <w:szCs w:val="24"/>
        </w:rPr>
        <w:t xml:space="preserve">, para fins de inscrição no Estágio Pós-Doutoral </w:t>
      </w:r>
      <w:r w:rsidR="000448E6">
        <w:rPr>
          <w:rFonts w:ascii="Arial" w:hAnsi="Arial" w:cs="Arial"/>
          <w:color w:val="auto"/>
          <w:sz w:val="24"/>
          <w:szCs w:val="24"/>
        </w:rPr>
        <w:t xml:space="preserve">da </w:t>
      </w:r>
      <w:r w:rsidRPr="00327852">
        <w:rPr>
          <w:rFonts w:ascii="Arial" w:hAnsi="Arial" w:cs="Arial"/>
          <w:color w:val="auto"/>
          <w:sz w:val="24"/>
          <w:szCs w:val="24"/>
        </w:rPr>
        <w:t xml:space="preserve">UDESC, </w:t>
      </w:r>
      <w:r w:rsidR="005974E0" w:rsidRPr="005974E0">
        <w:rPr>
          <w:rFonts w:ascii="Arial" w:hAnsi="Arial" w:cs="Arial"/>
          <w:color w:val="auto"/>
          <w:sz w:val="24"/>
          <w:szCs w:val="24"/>
        </w:rPr>
        <w:t>como bolsista do Programa de Bolsas de Estágio Pós-Doutoral</w:t>
      </w:r>
      <w:r w:rsidR="005974E0">
        <w:rPr>
          <w:rFonts w:ascii="Arial" w:hAnsi="Arial" w:cs="Arial"/>
          <w:color w:val="auto"/>
          <w:sz w:val="24"/>
          <w:szCs w:val="24"/>
        </w:rPr>
        <w:t xml:space="preserve"> - </w:t>
      </w:r>
      <w:r w:rsidR="005974E0" w:rsidRPr="005974E0">
        <w:rPr>
          <w:rFonts w:ascii="Arial" w:hAnsi="Arial" w:cs="Arial"/>
          <w:color w:val="auto"/>
          <w:sz w:val="24"/>
          <w:szCs w:val="24"/>
        </w:rPr>
        <w:t>PROEPD da UDESC</w:t>
      </w:r>
      <w:r w:rsidR="005974E0">
        <w:rPr>
          <w:rFonts w:ascii="Arial" w:hAnsi="Arial" w:cs="Arial"/>
          <w:color w:val="auto"/>
          <w:sz w:val="24"/>
          <w:szCs w:val="24"/>
        </w:rPr>
        <w:t xml:space="preserve">, </w:t>
      </w:r>
      <w:r w:rsidRPr="00327852">
        <w:rPr>
          <w:rFonts w:ascii="Arial" w:hAnsi="Arial" w:cs="Arial"/>
          <w:color w:val="auto"/>
          <w:sz w:val="24"/>
          <w:szCs w:val="24"/>
        </w:rPr>
        <w:t xml:space="preserve">declaro conhecer e comprometo-me a respeitar a legislação federal, estadual e interna da UDESC referente aos direitos de Propriedade Intelectual gerados </w:t>
      </w:r>
      <w:r w:rsidR="005974E0" w:rsidRPr="005974E0">
        <w:rPr>
          <w:rFonts w:ascii="Arial" w:hAnsi="Arial" w:cs="Arial"/>
          <w:color w:val="auto"/>
          <w:sz w:val="24"/>
          <w:szCs w:val="24"/>
        </w:rPr>
        <w:t>a partir das produções realizadas como bolsista do PROEPD na UDESC.</w:t>
      </w:r>
    </w:p>
    <w:p w14:paraId="1EF1A033" w14:textId="77777777" w:rsidR="00327852" w:rsidRDefault="00327852" w:rsidP="00327852">
      <w:p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27B292F5" w14:textId="77777777" w:rsidR="00AA2BCB" w:rsidRPr="00AA2BCB" w:rsidRDefault="00AA2BCB" w:rsidP="00327852">
      <w:p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768EC424" w14:textId="3FCAC82A" w:rsidR="00327852" w:rsidRPr="00327852" w:rsidRDefault="00AA2BCB" w:rsidP="00327852">
      <w:pPr>
        <w:spacing w:before="40" w:after="8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Devendo</w:t>
      </w:r>
      <w:r w:rsidR="00327852" w:rsidRPr="00327852">
        <w:rPr>
          <w:rFonts w:ascii="Arial" w:hAnsi="Arial" w:cs="Arial"/>
          <w:color w:val="auto"/>
          <w:sz w:val="24"/>
          <w:szCs w:val="24"/>
        </w:rPr>
        <w:t>:</w:t>
      </w:r>
    </w:p>
    <w:p w14:paraId="3EE99EC3" w14:textId="5176E7B5" w:rsidR="00AA2BCB" w:rsidRPr="00641B25" w:rsidRDefault="00327852" w:rsidP="00641B25">
      <w:pPr>
        <w:pStyle w:val="PargrafodaLista"/>
        <w:numPr>
          <w:ilvl w:val="0"/>
          <w:numId w:val="11"/>
        </w:numPr>
        <w:spacing w:before="40" w:after="80"/>
        <w:ind w:left="284" w:firstLine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AA2BCB">
        <w:rPr>
          <w:rFonts w:ascii="Arial" w:hAnsi="Arial" w:cs="Arial"/>
          <w:color w:val="auto"/>
          <w:sz w:val="24"/>
          <w:szCs w:val="24"/>
        </w:rPr>
        <w:t xml:space="preserve">Comunicar </w:t>
      </w:r>
      <w:r w:rsidR="00641B25">
        <w:rPr>
          <w:rFonts w:ascii="Arial" w:hAnsi="Arial" w:cs="Arial"/>
          <w:color w:val="auto"/>
          <w:sz w:val="24"/>
          <w:szCs w:val="24"/>
        </w:rPr>
        <w:t>à Secretaria</w:t>
      </w:r>
      <w:r w:rsidR="00641B25" w:rsidRPr="00641B25">
        <w:rPr>
          <w:rFonts w:ascii="Arial" w:hAnsi="Arial" w:cs="Arial"/>
          <w:color w:val="auto"/>
          <w:sz w:val="24"/>
          <w:szCs w:val="24"/>
        </w:rPr>
        <w:t xml:space="preserve"> de </w:t>
      </w:r>
      <w:r w:rsidR="00641B25">
        <w:rPr>
          <w:rFonts w:ascii="Arial" w:hAnsi="Arial" w:cs="Arial"/>
          <w:color w:val="auto"/>
          <w:sz w:val="24"/>
          <w:szCs w:val="24"/>
        </w:rPr>
        <w:t>I</w:t>
      </w:r>
      <w:r w:rsidR="00641B25" w:rsidRPr="00641B25">
        <w:rPr>
          <w:rFonts w:ascii="Arial" w:hAnsi="Arial" w:cs="Arial"/>
          <w:color w:val="auto"/>
          <w:sz w:val="24"/>
          <w:szCs w:val="24"/>
        </w:rPr>
        <w:t xml:space="preserve">novação, </w:t>
      </w:r>
      <w:r w:rsidR="00641B25">
        <w:rPr>
          <w:rFonts w:ascii="Arial" w:hAnsi="Arial" w:cs="Arial"/>
          <w:color w:val="auto"/>
          <w:sz w:val="24"/>
          <w:szCs w:val="24"/>
        </w:rPr>
        <w:t>P</w:t>
      </w:r>
      <w:r w:rsidR="00641B25" w:rsidRPr="00641B25">
        <w:rPr>
          <w:rFonts w:ascii="Arial" w:hAnsi="Arial" w:cs="Arial"/>
          <w:color w:val="auto"/>
          <w:sz w:val="24"/>
          <w:szCs w:val="24"/>
        </w:rPr>
        <w:t xml:space="preserve">arcerias e </w:t>
      </w:r>
      <w:r w:rsidR="00641B25">
        <w:rPr>
          <w:rFonts w:ascii="Arial" w:hAnsi="Arial" w:cs="Arial"/>
          <w:color w:val="auto"/>
          <w:sz w:val="24"/>
          <w:szCs w:val="24"/>
        </w:rPr>
        <w:t>E</w:t>
      </w:r>
      <w:r w:rsidR="00641B25" w:rsidRPr="00641B25">
        <w:rPr>
          <w:rFonts w:ascii="Arial" w:hAnsi="Arial" w:cs="Arial"/>
          <w:color w:val="auto"/>
          <w:sz w:val="24"/>
          <w:szCs w:val="24"/>
        </w:rPr>
        <w:t>mpreendedorismo - SIPE</w:t>
      </w:r>
      <w:r w:rsidRPr="00641B25">
        <w:rPr>
          <w:rFonts w:ascii="Arial" w:hAnsi="Arial" w:cs="Arial"/>
          <w:color w:val="auto"/>
          <w:sz w:val="24"/>
          <w:szCs w:val="24"/>
        </w:rPr>
        <w:t xml:space="preserve"> o desenvolvimento de criações suscetíveis de proteção legal antes de tomar qualquer iniciativa de divulgação dos resultados.</w:t>
      </w:r>
    </w:p>
    <w:p w14:paraId="63616BE1" w14:textId="77777777" w:rsidR="00641B25" w:rsidRDefault="00641B25" w:rsidP="00AA2BCB">
      <w:pPr>
        <w:spacing w:before="40" w:after="80"/>
        <w:ind w:left="360"/>
        <w:rPr>
          <w:rFonts w:ascii="Arial" w:hAnsi="Arial" w:cs="Arial"/>
          <w:color w:val="auto"/>
          <w:sz w:val="24"/>
          <w:szCs w:val="24"/>
        </w:rPr>
      </w:pPr>
    </w:p>
    <w:p w14:paraId="7AA9B814" w14:textId="41A292BF" w:rsidR="00AA2BCB" w:rsidRDefault="00327852" w:rsidP="00AA2BCB">
      <w:pPr>
        <w:spacing w:before="40" w:after="80"/>
        <w:ind w:left="360"/>
        <w:rPr>
          <w:rFonts w:ascii="Arial" w:hAnsi="Arial" w:cs="Arial"/>
          <w:color w:val="auto"/>
          <w:sz w:val="24"/>
          <w:szCs w:val="24"/>
        </w:rPr>
      </w:pPr>
      <w:r w:rsidRPr="00AA2BCB">
        <w:rPr>
          <w:rFonts w:ascii="Arial" w:hAnsi="Arial" w:cs="Arial"/>
          <w:color w:val="auto"/>
          <w:sz w:val="24"/>
          <w:szCs w:val="24"/>
        </w:rPr>
        <w:t xml:space="preserve">2. Reconhecer a UDESC como detentora de direitos patrimoniais sobre a Propriedade Intelectual gerada </w:t>
      </w:r>
      <w:r w:rsidR="005C4CAA">
        <w:rPr>
          <w:rFonts w:ascii="Arial" w:hAnsi="Arial" w:cs="Arial"/>
          <w:color w:val="auto"/>
          <w:sz w:val="24"/>
          <w:szCs w:val="24"/>
        </w:rPr>
        <w:t>nas produções acima citadas</w:t>
      </w:r>
      <w:r w:rsidRPr="00AA2BCB">
        <w:rPr>
          <w:rFonts w:ascii="Arial" w:hAnsi="Arial" w:cs="Arial"/>
          <w:color w:val="auto"/>
          <w:sz w:val="24"/>
          <w:szCs w:val="24"/>
        </w:rPr>
        <w:t xml:space="preserve"> e a ele relacionada, assegurando-me o direito de figurar como autor/inventor</w:t>
      </w:r>
      <w:r w:rsidR="00641B25">
        <w:rPr>
          <w:rFonts w:ascii="Arial" w:hAnsi="Arial" w:cs="Arial"/>
          <w:color w:val="auto"/>
          <w:sz w:val="24"/>
          <w:szCs w:val="24"/>
        </w:rPr>
        <w:t>.</w:t>
      </w:r>
    </w:p>
    <w:p w14:paraId="3271F8E5" w14:textId="77777777" w:rsidR="00AA2BCB" w:rsidRDefault="00AA2BCB" w:rsidP="00AA2BCB">
      <w:pPr>
        <w:spacing w:before="40" w:after="80"/>
        <w:ind w:left="360"/>
        <w:rPr>
          <w:rFonts w:ascii="Arial" w:hAnsi="Arial" w:cs="Arial"/>
          <w:color w:val="auto"/>
          <w:sz w:val="24"/>
          <w:szCs w:val="24"/>
        </w:rPr>
      </w:pPr>
    </w:p>
    <w:p w14:paraId="084D20A4" w14:textId="00D6729F" w:rsidR="00AA2BCB" w:rsidRDefault="00327852" w:rsidP="00AA2BCB">
      <w:pPr>
        <w:spacing w:before="40" w:after="80"/>
        <w:ind w:left="360"/>
        <w:rPr>
          <w:rFonts w:ascii="Arial" w:hAnsi="Arial" w:cs="Arial"/>
          <w:color w:val="auto"/>
          <w:sz w:val="24"/>
          <w:szCs w:val="24"/>
        </w:rPr>
      </w:pPr>
      <w:r w:rsidRPr="00AA2BCB">
        <w:rPr>
          <w:rFonts w:ascii="Arial" w:hAnsi="Arial" w:cs="Arial"/>
          <w:color w:val="auto"/>
          <w:sz w:val="24"/>
          <w:szCs w:val="24"/>
        </w:rPr>
        <w:t>3. Autorizar a UDESC a realizar todos os atos necessários à proteção e exploração da Propriedade Intelectual gerada e fornecer em tempo hábil todas as informações e documentos necessários</w:t>
      </w:r>
      <w:r w:rsidR="00641B25">
        <w:rPr>
          <w:rFonts w:ascii="Arial" w:hAnsi="Arial" w:cs="Arial"/>
          <w:color w:val="auto"/>
          <w:sz w:val="24"/>
          <w:szCs w:val="24"/>
        </w:rPr>
        <w:t>.</w:t>
      </w:r>
    </w:p>
    <w:p w14:paraId="5706C219" w14:textId="77777777" w:rsidR="00AA2BCB" w:rsidRDefault="00AA2BCB" w:rsidP="00AA2BCB">
      <w:pPr>
        <w:spacing w:before="40" w:after="80"/>
        <w:ind w:left="360"/>
        <w:rPr>
          <w:rFonts w:ascii="Arial" w:hAnsi="Arial" w:cs="Arial"/>
          <w:color w:val="auto"/>
          <w:sz w:val="24"/>
          <w:szCs w:val="24"/>
        </w:rPr>
      </w:pPr>
    </w:p>
    <w:p w14:paraId="5E07977B" w14:textId="11E9F272" w:rsidR="00327852" w:rsidRDefault="00327852" w:rsidP="00AA2BCB">
      <w:pPr>
        <w:spacing w:before="40" w:after="80"/>
        <w:ind w:left="360"/>
        <w:rPr>
          <w:rFonts w:ascii="Arial" w:hAnsi="Arial" w:cs="Arial"/>
          <w:color w:val="auto"/>
          <w:sz w:val="24"/>
          <w:szCs w:val="24"/>
        </w:rPr>
      </w:pPr>
      <w:r w:rsidRPr="00AA2BCB">
        <w:rPr>
          <w:rFonts w:ascii="Arial" w:hAnsi="Arial" w:cs="Arial"/>
          <w:color w:val="auto"/>
          <w:sz w:val="24"/>
          <w:szCs w:val="24"/>
        </w:rPr>
        <w:t>4. Comunicar à Unidade na qual estou inscrito no Estágio Pós-Doutoral a vinculação formal ou informal a qualquer outra Instituição Pública ou privada com fins acadêmico ou trabalhista.</w:t>
      </w:r>
    </w:p>
    <w:p w14:paraId="251F83B3" w14:textId="77777777" w:rsidR="00EB6092" w:rsidRDefault="00EB6092" w:rsidP="00AA2BCB">
      <w:pPr>
        <w:spacing w:before="40" w:after="80"/>
        <w:ind w:left="360"/>
        <w:rPr>
          <w:rFonts w:ascii="Arial" w:hAnsi="Arial" w:cs="Arial"/>
          <w:color w:val="auto"/>
          <w:sz w:val="24"/>
          <w:szCs w:val="24"/>
        </w:rPr>
      </w:pPr>
    </w:p>
    <w:p w14:paraId="7D0E2CF2" w14:textId="77777777" w:rsidR="00EB6092" w:rsidRPr="00AA2BCB" w:rsidRDefault="00EB6092" w:rsidP="00AA2BCB">
      <w:pPr>
        <w:spacing w:before="40" w:after="80"/>
        <w:ind w:left="360"/>
        <w:rPr>
          <w:rFonts w:ascii="Arial" w:hAnsi="Arial" w:cs="Arial"/>
          <w:color w:val="auto"/>
          <w:sz w:val="24"/>
          <w:szCs w:val="24"/>
        </w:rPr>
      </w:pPr>
    </w:p>
    <w:p w14:paraId="644B3401" w14:textId="4F5AC875" w:rsidR="00327852" w:rsidRDefault="00327852" w:rsidP="00327852">
      <w:pPr>
        <w:spacing w:before="40" w:after="80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color w:val="auto"/>
          <w:sz w:val="24"/>
          <w:szCs w:val="24"/>
        </w:rPr>
        <w:t>5. Concordar com a porcentagem de participação</w:t>
      </w:r>
      <w:r w:rsidR="00EB6092" w:rsidRPr="00EB6092">
        <w:rPr>
          <w:rFonts w:ascii="Arial" w:hAnsi="Arial" w:cs="Arial"/>
          <w:color w:val="auto"/>
          <w:sz w:val="24"/>
          <w:szCs w:val="24"/>
        </w:rPr>
        <w:t>, a título de incentivo, prevista na legislação</w:t>
      </w:r>
      <w:r w:rsidRPr="00327852">
        <w:rPr>
          <w:rFonts w:ascii="Arial" w:hAnsi="Arial" w:cs="Arial"/>
          <w:color w:val="auto"/>
          <w:sz w:val="24"/>
          <w:szCs w:val="24"/>
        </w:rPr>
        <w:t xml:space="preserve"> em vigor, sobre os dividendos oriundos da exploração da Propriedade Intelectual gerada.</w:t>
      </w:r>
    </w:p>
    <w:p w14:paraId="7A1B4DB1" w14:textId="77777777" w:rsidR="00AA2BCB" w:rsidRPr="00327852" w:rsidRDefault="00AA2BCB" w:rsidP="00327852">
      <w:pPr>
        <w:spacing w:before="40" w:after="80"/>
        <w:rPr>
          <w:rFonts w:ascii="Arial" w:hAnsi="Arial" w:cs="Arial"/>
          <w:color w:val="auto"/>
          <w:sz w:val="24"/>
          <w:szCs w:val="24"/>
        </w:rPr>
      </w:pPr>
    </w:p>
    <w:p w14:paraId="341700E7" w14:textId="77777777" w:rsidR="00327852" w:rsidRDefault="00327852" w:rsidP="00327852">
      <w:pPr>
        <w:spacing w:before="40" w:after="80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color w:val="auto"/>
          <w:sz w:val="24"/>
          <w:szCs w:val="24"/>
        </w:rPr>
        <w:t>6. Indicar minha vinculação à UDESC e à Unidade em que foi desenvolvido o Estágio Pós-Doutoral, em todas as publicações de dados nele colhidos, resultantes do Estágio Pós-Doutoral, ou em trabalhos divulgados por qualquer outra forma e meio.</w:t>
      </w:r>
    </w:p>
    <w:p w14:paraId="4ED0DED2" w14:textId="77777777" w:rsidR="00AA2BCB" w:rsidRDefault="00AA2BCB" w:rsidP="00327852">
      <w:pPr>
        <w:spacing w:before="40" w:after="80"/>
        <w:rPr>
          <w:rFonts w:ascii="Arial" w:hAnsi="Arial" w:cs="Arial"/>
          <w:color w:val="auto"/>
          <w:sz w:val="24"/>
          <w:szCs w:val="24"/>
        </w:rPr>
      </w:pPr>
    </w:p>
    <w:p w14:paraId="450289C2" w14:textId="77777777" w:rsidR="00AA2BCB" w:rsidRPr="00327852" w:rsidRDefault="00AA2BCB" w:rsidP="00327852">
      <w:pPr>
        <w:spacing w:before="40" w:after="80"/>
        <w:rPr>
          <w:rFonts w:ascii="Arial" w:hAnsi="Arial" w:cs="Arial"/>
          <w:color w:val="auto"/>
          <w:sz w:val="24"/>
          <w:szCs w:val="24"/>
        </w:rPr>
      </w:pPr>
    </w:p>
    <w:p w14:paraId="718A5F07" w14:textId="77777777" w:rsidR="00327852" w:rsidRPr="00AA2BCB" w:rsidRDefault="00327852" w:rsidP="00327852">
      <w:pPr>
        <w:spacing w:before="40" w:after="80"/>
        <w:rPr>
          <w:rFonts w:ascii="Arial" w:hAnsi="Arial" w:cs="Arial"/>
          <w:color w:val="auto"/>
          <w:sz w:val="20"/>
          <w:szCs w:val="20"/>
        </w:rPr>
      </w:pPr>
    </w:p>
    <w:p w14:paraId="458791A8" w14:textId="369B874A" w:rsidR="00327852" w:rsidRDefault="00327852" w:rsidP="00327852">
      <w:pPr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color w:val="auto"/>
          <w:sz w:val="24"/>
          <w:szCs w:val="24"/>
        </w:rPr>
        <w:t xml:space="preserve">Local e data: ______________________, _____ de _________________ </w:t>
      </w:r>
      <w:proofErr w:type="spellStart"/>
      <w:r w:rsidRPr="00327852">
        <w:rPr>
          <w:rFonts w:ascii="Arial" w:hAnsi="Arial" w:cs="Arial"/>
          <w:color w:val="auto"/>
          <w:sz w:val="24"/>
          <w:szCs w:val="24"/>
        </w:rPr>
        <w:t>de</w:t>
      </w:r>
      <w:proofErr w:type="spellEnd"/>
      <w:r w:rsidRPr="00327852">
        <w:rPr>
          <w:rFonts w:ascii="Arial" w:hAnsi="Arial" w:cs="Arial"/>
          <w:color w:val="auto"/>
          <w:sz w:val="24"/>
          <w:szCs w:val="24"/>
        </w:rPr>
        <w:t xml:space="preserve"> 2026.</w:t>
      </w:r>
    </w:p>
    <w:p w14:paraId="75C0B624" w14:textId="77777777" w:rsidR="00AA2BCB" w:rsidRDefault="00AA2BCB" w:rsidP="00327852">
      <w:pPr>
        <w:rPr>
          <w:rFonts w:ascii="Arial" w:hAnsi="Arial" w:cs="Arial"/>
          <w:color w:val="auto"/>
          <w:sz w:val="24"/>
          <w:szCs w:val="24"/>
        </w:rPr>
      </w:pPr>
    </w:p>
    <w:p w14:paraId="7CF9CA25" w14:textId="77777777" w:rsidR="00AA2BCB" w:rsidRPr="00327852" w:rsidRDefault="00AA2BCB" w:rsidP="00327852">
      <w:pPr>
        <w:rPr>
          <w:rFonts w:ascii="Arial" w:hAnsi="Arial" w:cs="Arial"/>
          <w:color w:val="auto"/>
          <w:sz w:val="24"/>
          <w:szCs w:val="24"/>
        </w:rPr>
      </w:pPr>
    </w:p>
    <w:p w14:paraId="3D14F3D6" w14:textId="2B9D4C8C" w:rsidR="00B11E46" w:rsidRPr="00327852" w:rsidRDefault="008C7537" w:rsidP="00327852">
      <w:pPr>
        <w:spacing w:before="480"/>
        <w:jc w:val="center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b/>
          <w:color w:val="auto"/>
        </w:rPr>
        <w:t>____________________________________________</w:t>
      </w:r>
      <w:r w:rsidRPr="00327852">
        <w:rPr>
          <w:rFonts w:ascii="Arial" w:hAnsi="Arial" w:cs="Arial"/>
          <w:b/>
          <w:color w:val="auto"/>
        </w:rPr>
        <w:br/>
      </w:r>
      <w:proofErr w:type="spellStart"/>
      <w:r w:rsidR="00AA2BCB">
        <w:rPr>
          <w:rFonts w:ascii="Arial" w:hAnsi="Arial" w:cs="Arial"/>
          <w:color w:val="auto"/>
          <w:sz w:val="24"/>
          <w:szCs w:val="24"/>
        </w:rPr>
        <w:t>Pòs-Doutorando</w:t>
      </w:r>
      <w:proofErr w:type="spellEnd"/>
      <w:r w:rsidR="00AA2BCB">
        <w:rPr>
          <w:rFonts w:ascii="Arial" w:hAnsi="Arial" w:cs="Arial"/>
          <w:color w:val="auto"/>
          <w:sz w:val="24"/>
          <w:szCs w:val="24"/>
        </w:rPr>
        <w:t>(a) (Nome e assinatura)</w:t>
      </w:r>
      <w:r w:rsidRPr="00327852">
        <w:rPr>
          <w:rFonts w:ascii="Arial" w:hAnsi="Arial" w:cs="Arial"/>
          <w:color w:val="auto"/>
          <w:sz w:val="24"/>
          <w:szCs w:val="24"/>
        </w:rPr>
        <w:br/>
      </w:r>
    </w:p>
    <w:sectPr w:rsidR="00B11E46" w:rsidRPr="0032785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B8AFB" w14:textId="77777777" w:rsidR="008934CB" w:rsidRPr="00B24FE8" w:rsidRDefault="008934CB">
      <w:pPr>
        <w:spacing w:after="0" w:line="240" w:lineRule="auto"/>
      </w:pPr>
      <w:r w:rsidRPr="00B24FE8">
        <w:separator/>
      </w:r>
    </w:p>
  </w:endnote>
  <w:endnote w:type="continuationSeparator" w:id="0">
    <w:p w14:paraId="233FE940" w14:textId="77777777" w:rsidR="008934CB" w:rsidRPr="00B24FE8" w:rsidRDefault="008934CB">
      <w:pPr>
        <w:spacing w:after="0" w:line="240" w:lineRule="auto"/>
      </w:pPr>
      <w:r w:rsidRPr="00B24F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2676" w14:textId="77777777" w:rsidR="003C2E0A" w:rsidRDefault="003C2E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0334" w14:textId="47F86C5C" w:rsidR="00B11E46" w:rsidRPr="00B24FE8" w:rsidRDefault="008C7537">
    <w:pPr>
      <w:pStyle w:val="Rodap"/>
      <w:jc w:val="right"/>
    </w:pPr>
    <w:r w:rsidRPr="00B24FE8">
      <w:rPr>
        <w:color w:val="646464"/>
        <w:sz w:val="18"/>
      </w:rPr>
      <w:t>Edital PPGMODA Nº 0</w:t>
    </w:r>
    <w:r w:rsidR="003C2E0A">
      <w:rPr>
        <w:color w:val="646464"/>
        <w:sz w:val="18"/>
      </w:rPr>
      <w:t>2</w:t>
    </w:r>
    <w:r w:rsidRPr="00B24FE8">
      <w:rPr>
        <w:color w:val="646464"/>
        <w:sz w:val="18"/>
      </w:rPr>
      <w:t xml:space="preserve">/2026 - </w:t>
    </w:r>
    <w:proofErr w:type="gramStart"/>
    <w:r w:rsidRPr="00B24FE8">
      <w:rPr>
        <w:color w:val="646464"/>
        <w:sz w:val="18"/>
      </w:rPr>
      <w:t>PROEPD  |</w:t>
    </w:r>
    <w:proofErr w:type="gramEnd"/>
    <w:r w:rsidRPr="00B24FE8">
      <w:rPr>
        <w:color w:val="646464"/>
        <w:sz w:val="18"/>
      </w:rPr>
      <w:t xml:space="preserve">  Página </w:t>
    </w:r>
    <w:r w:rsidRPr="00B24FE8">
      <w:fldChar w:fldCharType="begin"/>
    </w:r>
    <w:r w:rsidRPr="00B24FE8">
      <w:instrText>PAGE</w:instrText>
    </w:r>
    <w:r w:rsidRPr="00B24FE8">
      <w:fldChar w:fldCharType="separate"/>
    </w:r>
    <w:r w:rsidR="00C5517A" w:rsidRPr="00B24FE8">
      <w:t>1</w:t>
    </w:r>
    <w:r w:rsidRPr="00B24FE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63B3" w14:textId="77777777" w:rsidR="003C2E0A" w:rsidRDefault="003C2E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E7E11" w14:textId="77777777" w:rsidR="008934CB" w:rsidRPr="00B24FE8" w:rsidRDefault="008934CB">
      <w:pPr>
        <w:spacing w:after="0" w:line="240" w:lineRule="auto"/>
      </w:pPr>
      <w:r w:rsidRPr="00B24FE8">
        <w:separator/>
      </w:r>
    </w:p>
  </w:footnote>
  <w:footnote w:type="continuationSeparator" w:id="0">
    <w:p w14:paraId="5B2896A9" w14:textId="77777777" w:rsidR="008934CB" w:rsidRPr="00B24FE8" w:rsidRDefault="008934CB">
      <w:pPr>
        <w:spacing w:after="0" w:line="240" w:lineRule="auto"/>
      </w:pPr>
      <w:r w:rsidRPr="00B24F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00C5" w14:textId="77777777" w:rsidR="003C2E0A" w:rsidRDefault="003C2E0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7F06" w14:textId="77777777" w:rsidR="00C5517A" w:rsidRPr="00B24FE8" w:rsidRDefault="00B24FE8">
    <w:pPr>
      <w:pStyle w:val="Cabealho"/>
    </w:pPr>
    <w:r w:rsidRPr="00B24FE8">
      <w:rPr>
        <w:noProof/>
      </w:rPr>
      <w:drawing>
        <wp:inline distT="0" distB="0" distL="0" distR="0" wp14:anchorId="4D5FAEC0" wp14:editId="2D70E0D8">
          <wp:extent cx="3564000" cy="630284"/>
          <wp:effectExtent l="0" t="0" r="0" b="0"/>
          <wp:docPr id="46342907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4000" cy="630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FA8C" w14:textId="77777777" w:rsidR="003C2E0A" w:rsidRDefault="003C2E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22121B"/>
    <w:multiLevelType w:val="multilevel"/>
    <w:tmpl w:val="51CEB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20162EBA"/>
    <w:multiLevelType w:val="hybridMultilevel"/>
    <w:tmpl w:val="A6BE32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922076">
    <w:abstractNumId w:val="8"/>
  </w:num>
  <w:num w:numId="2" w16cid:durableId="843279669">
    <w:abstractNumId w:val="6"/>
  </w:num>
  <w:num w:numId="3" w16cid:durableId="1148546678">
    <w:abstractNumId w:val="5"/>
  </w:num>
  <w:num w:numId="4" w16cid:durableId="192499575">
    <w:abstractNumId w:val="4"/>
  </w:num>
  <w:num w:numId="5" w16cid:durableId="835000603">
    <w:abstractNumId w:val="7"/>
  </w:num>
  <w:num w:numId="6" w16cid:durableId="2020619065">
    <w:abstractNumId w:val="3"/>
  </w:num>
  <w:num w:numId="7" w16cid:durableId="1864131131">
    <w:abstractNumId w:val="2"/>
  </w:num>
  <w:num w:numId="8" w16cid:durableId="1472550656">
    <w:abstractNumId w:val="1"/>
  </w:num>
  <w:num w:numId="9" w16cid:durableId="1371297454">
    <w:abstractNumId w:val="0"/>
  </w:num>
  <w:num w:numId="10" w16cid:durableId="1516723944">
    <w:abstractNumId w:val="9"/>
  </w:num>
  <w:num w:numId="11" w16cid:durableId="14416089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8E6"/>
    <w:rsid w:val="0006063C"/>
    <w:rsid w:val="000C3BCB"/>
    <w:rsid w:val="000F08FA"/>
    <w:rsid w:val="000F2A66"/>
    <w:rsid w:val="0015074B"/>
    <w:rsid w:val="0029639D"/>
    <w:rsid w:val="002F5AD3"/>
    <w:rsid w:val="00326F90"/>
    <w:rsid w:val="00327852"/>
    <w:rsid w:val="003C2E0A"/>
    <w:rsid w:val="003C6528"/>
    <w:rsid w:val="00414B69"/>
    <w:rsid w:val="0045086F"/>
    <w:rsid w:val="004843CF"/>
    <w:rsid w:val="004F09A0"/>
    <w:rsid w:val="005974E0"/>
    <w:rsid w:val="005C4CAA"/>
    <w:rsid w:val="005E7C38"/>
    <w:rsid w:val="00641B25"/>
    <w:rsid w:val="0067429B"/>
    <w:rsid w:val="00690ED8"/>
    <w:rsid w:val="006B1347"/>
    <w:rsid w:val="006D2743"/>
    <w:rsid w:val="007A15B8"/>
    <w:rsid w:val="00825B84"/>
    <w:rsid w:val="008934CB"/>
    <w:rsid w:val="008C7537"/>
    <w:rsid w:val="0099559B"/>
    <w:rsid w:val="009B7475"/>
    <w:rsid w:val="009E3405"/>
    <w:rsid w:val="00A15E07"/>
    <w:rsid w:val="00A93A60"/>
    <w:rsid w:val="00AA1D8D"/>
    <w:rsid w:val="00AA2BCB"/>
    <w:rsid w:val="00AD45B5"/>
    <w:rsid w:val="00AE5E8C"/>
    <w:rsid w:val="00B11E46"/>
    <w:rsid w:val="00B24FE8"/>
    <w:rsid w:val="00B42EAE"/>
    <w:rsid w:val="00B47730"/>
    <w:rsid w:val="00C27E51"/>
    <w:rsid w:val="00C5517A"/>
    <w:rsid w:val="00CB0664"/>
    <w:rsid w:val="00CB1B53"/>
    <w:rsid w:val="00D91010"/>
    <w:rsid w:val="00E67E79"/>
    <w:rsid w:val="00E77CF6"/>
    <w:rsid w:val="00EB6092"/>
    <w:rsid w:val="00FC693F"/>
    <w:rsid w:val="00FD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3D169E"/>
  <w14:defaultImageDpi w14:val="300"/>
  <w15:docId w15:val="{431AE8A5-DC0F-4536-BEA4-ABD39BE5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9A0"/>
    <w:pPr>
      <w:spacing w:after="120"/>
    </w:pPr>
    <w:rPr>
      <w:rFonts w:ascii="Calibri" w:hAnsi="Calibri"/>
      <w:color w:val="32323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b/>
      <w:bCs/>
      <w:color w:val="006B3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/>
      <w:b/>
      <w:bCs/>
      <w:color w:val="14462D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C5517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517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551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312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LUCIANA DORNBUSCH LOPES</cp:lastModifiedBy>
  <cp:revision>22</cp:revision>
  <cp:lastPrinted>2026-10-27T04:16:00Z</cp:lastPrinted>
  <dcterms:created xsi:type="dcterms:W3CDTF">2013-12-23T23:15:00Z</dcterms:created>
  <dcterms:modified xsi:type="dcterms:W3CDTF">2026-10-27T06:54:00Z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fcc7921453e01b9b7923faee1399513dd5b086b99dbe9a99cdb14ad47337e773</vt:lpwstr>
  </property>
</Properties>
</file>