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8E146" w14:textId="77777777" w:rsidR="004F09A0" w:rsidRPr="00690ED8" w:rsidRDefault="004F09A0" w:rsidP="004F09A0">
      <w:pPr>
        <w:spacing w:after="240"/>
        <w:rPr>
          <w:color w:val="auto"/>
        </w:rPr>
      </w:pPr>
    </w:p>
    <w:p w14:paraId="66D70894" w14:textId="77777777" w:rsidR="004F09A0" w:rsidRPr="004843CF" w:rsidRDefault="004F09A0" w:rsidP="004F09A0">
      <w:pPr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843CF">
        <w:rPr>
          <w:rFonts w:ascii="Arial" w:hAnsi="Arial" w:cs="Arial"/>
          <w:b/>
          <w:color w:val="auto"/>
          <w:sz w:val="24"/>
          <w:szCs w:val="24"/>
        </w:rPr>
        <w:t>RESOLUÇÃO Nº 075/2024 – CONSUNI</w:t>
      </w:r>
    </w:p>
    <w:p w14:paraId="3CFDDD4B" w14:textId="77777777" w:rsidR="0067429B" w:rsidRDefault="008C7537">
      <w:pPr>
        <w:spacing w:after="240"/>
        <w:jc w:val="center"/>
        <w:rPr>
          <w:rFonts w:ascii="Arial" w:hAnsi="Arial" w:cs="Arial"/>
          <w:b/>
          <w:color w:val="auto"/>
          <w:sz w:val="28"/>
        </w:rPr>
      </w:pPr>
      <w:r w:rsidRPr="00327852">
        <w:rPr>
          <w:rFonts w:ascii="Arial" w:hAnsi="Arial" w:cs="Arial"/>
          <w:b/>
          <w:color w:val="auto"/>
          <w:sz w:val="28"/>
        </w:rPr>
        <w:t>ANEXO II</w:t>
      </w:r>
    </w:p>
    <w:p w14:paraId="4785C501" w14:textId="77777777" w:rsidR="00AD44D6" w:rsidRDefault="008C7537">
      <w:pPr>
        <w:spacing w:after="240"/>
        <w:jc w:val="center"/>
        <w:rPr>
          <w:rFonts w:ascii="Arial" w:hAnsi="Arial" w:cs="Arial"/>
          <w:b/>
          <w:color w:val="auto"/>
          <w:sz w:val="24"/>
        </w:rPr>
      </w:pPr>
      <w:r w:rsidRPr="00327852">
        <w:rPr>
          <w:rFonts w:ascii="Arial" w:hAnsi="Arial" w:cs="Arial"/>
          <w:b/>
          <w:color w:val="auto"/>
          <w:sz w:val="24"/>
        </w:rPr>
        <w:t xml:space="preserve">TERMO DE CIÊNCIA </w:t>
      </w:r>
    </w:p>
    <w:p w14:paraId="7D52F552" w14:textId="12EA3EE8" w:rsidR="00327852" w:rsidRPr="00AD44D6" w:rsidRDefault="00327852" w:rsidP="00327852">
      <w:pPr>
        <w:spacing w:before="40" w:after="80"/>
        <w:jc w:val="both"/>
        <w:rPr>
          <w:rFonts w:ascii="Arial" w:hAnsi="Arial" w:cs="Arial"/>
          <w:color w:val="auto"/>
          <w:sz w:val="21"/>
        </w:rPr>
      </w:pPr>
      <w:r w:rsidRPr="00327852">
        <w:rPr>
          <w:rFonts w:ascii="Arial" w:hAnsi="Arial" w:cs="Arial"/>
          <w:color w:val="auto"/>
          <w:sz w:val="21"/>
        </w:rPr>
        <w:t xml:space="preserve">A empresa/instituição __________________________________________________________________, inscrita no CNPJ sob nº ______________________, com sede à Rua ____________________________________________________, representada por seu __________________________, Sr.(a) ________________________________________, </w:t>
      </w:r>
      <w:r w:rsidR="00AD44D6">
        <w:rPr>
          <w:rFonts w:ascii="Arial" w:hAnsi="Arial" w:cs="Arial"/>
          <w:color w:val="auto"/>
          <w:sz w:val="21"/>
        </w:rPr>
        <w:t>(Presidente/Diretor/Reitor)</w:t>
      </w:r>
      <w:r w:rsidRPr="00327852">
        <w:rPr>
          <w:rFonts w:ascii="Arial" w:hAnsi="Arial" w:cs="Arial"/>
          <w:color w:val="auto"/>
          <w:sz w:val="21"/>
        </w:rPr>
        <w:t xml:space="preserve"> </w:t>
      </w:r>
      <w:r w:rsidR="00AD44D6">
        <w:rPr>
          <w:rFonts w:ascii="Arial" w:hAnsi="Arial" w:cs="Arial"/>
          <w:color w:val="auto"/>
          <w:sz w:val="21"/>
        </w:rPr>
        <w:t>_____________________portador do RG n</w:t>
      </w:r>
      <w:r w:rsidR="00AD44D6" w:rsidRPr="00AD44D6">
        <w:rPr>
          <w:rFonts w:ascii="Arial" w:hAnsi="Arial" w:cs="Arial"/>
          <w:color w:val="auto"/>
          <w:sz w:val="21"/>
          <w:vertAlign w:val="superscript"/>
        </w:rPr>
        <w:t>o</w:t>
      </w:r>
      <w:r w:rsidR="00AD44D6">
        <w:rPr>
          <w:rFonts w:ascii="Arial" w:hAnsi="Arial" w:cs="Arial"/>
          <w:color w:val="auto"/>
          <w:sz w:val="21"/>
        </w:rPr>
        <w:t>.</w:t>
      </w:r>
      <w:r w:rsidRPr="00327852">
        <w:rPr>
          <w:rFonts w:ascii="Arial" w:hAnsi="Arial" w:cs="Arial"/>
          <w:color w:val="auto"/>
          <w:sz w:val="21"/>
        </w:rPr>
        <w:t>___________________</w:t>
      </w:r>
      <w:r w:rsidR="00AD44D6">
        <w:rPr>
          <w:rFonts w:ascii="Arial" w:hAnsi="Arial" w:cs="Arial"/>
          <w:color w:val="auto"/>
          <w:sz w:val="21"/>
        </w:rPr>
        <w:t xml:space="preserve">, inscrito no CPF </w:t>
      </w:r>
      <w:r w:rsidR="00AD44D6">
        <w:rPr>
          <w:rFonts w:ascii="Arial" w:hAnsi="Arial" w:cs="Arial"/>
          <w:color w:val="auto"/>
          <w:sz w:val="21"/>
        </w:rPr>
        <w:t>n</w:t>
      </w:r>
      <w:r w:rsidR="00AD44D6" w:rsidRPr="00AD44D6">
        <w:rPr>
          <w:rFonts w:ascii="Arial" w:hAnsi="Arial" w:cs="Arial"/>
          <w:color w:val="auto"/>
          <w:sz w:val="21"/>
          <w:vertAlign w:val="superscript"/>
        </w:rPr>
        <w:t>o</w:t>
      </w:r>
      <w:r w:rsidR="00AD44D6">
        <w:rPr>
          <w:rFonts w:ascii="Arial" w:hAnsi="Arial" w:cs="Arial"/>
          <w:color w:val="auto"/>
          <w:sz w:val="21"/>
        </w:rPr>
        <w:t>.</w:t>
      </w:r>
      <w:r w:rsidR="00AD44D6" w:rsidRPr="00327852">
        <w:rPr>
          <w:rFonts w:ascii="Arial" w:hAnsi="Arial" w:cs="Arial"/>
          <w:color w:val="auto"/>
          <w:sz w:val="21"/>
        </w:rPr>
        <w:t>___________________</w:t>
      </w:r>
      <w:r w:rsidR="00AD44D6">
        <w:rPr>
          <w:rFonts w:ascii="Arial" w:hAnsi="Arial" w:cs="Arial"/>
          <w:color w:val="auto"/>
          <w:sz w:val="21"/>
        </w:rPr>
        <w:t>,</w:t>
      </w:r>
      <w:r w:rsidRPr="00327852">
        <w:rPr>
          <w:rFonts w:ascii="Arial" w:hAnsi="Arial" w:cs="Arial"/>
          <w:color w:val="auto"/>
          <w:sz w:val="21"/>
        </w:rPr>
        <w:t xml:space="preserve"> declara estar ciente e concordar com a participação d</w:t>
      </w:r>
      <w:r w:rsidR="00AD44D6">
        <w:rPr>
          <w:rFonts w:ascii="Arial" w:hAnsi="Arial" w:cs="Arial"/>
          <w:color w:val="auto"/>
          <w:sz w:val="21"/>
        </w:rPr>
        <w:t>e</w:t>
      </w:r>
      <w:r w:rsidRPr="00327852">
        <w:rPr>
          <w:rFonts w:ascii="Arial" w:hAnsi="Arial" w:cs="Arial"/>
          <w:color w:val="auto"/>
          <w:sz w:val="21"/>
        </w:rPr>
        <w:t xml:space="preserve"> ________________________________________________</w:t>
      </w:r>
      <w:r w:rsidR="00AD44D6">
        <w:rPr>
          <w:rFonts w:ascii="Arial" w:hAnsi="Arial" w:cs="Arial"/>
          <w:color w:val="auto"/>
          <w:sz w:val="21"/>
        </w:rPr>
        <w:t xml:space="preserve">(nome do </w:t>
      </w:r>
      <w:proofErr w:type="spellStart"/>
      <w:r w:rsidR="00AD44D6">
        <w:rPr>
          <w:rFonts w:ascii="Arial" w:hAnsi="Arial" w:cs="Arial"/>
          <w:color w:val="auto"/>
          <w:sz w:val="21"/>
        </w:rPr>
        <w:t>Pós-Doutorando</w:t>
      </w:r>
      <w:proofErr w:type="spellEnd"/>
      <w:r w:rsidR="00AD44D6">
        <w:rPr>
          <w:rFonts w:ascii="Arial" w:hAnsi="Arial" w:cs="Arial"/>
          <w:color w:val="auto"/>
          <w:sz w:val="21"/>
        </w:rPr>
        <w:t>)</w:t>
      </w:r>
      <w:r w:rsidRPr="00327852">
        <w:rPr>
          <w:rFonts w:ascii="Arial" w:hAnsi="Arial" w:cs="Arial"/>
          <w:color w:val="auto"/>
          <w:sz w:val="21"/>
        </w:rPr>
        <w:t xml:space="preserve"> </w:t>
      </w:r>
      <w:r w:rsidR="00AD44D6">
        <w:rPr>
          <w:rFonts w:ascii="Arial" w:hAnsi="Arial" w:cs="Arial"/>
          <w:color w:val="auto"/>
          <w:sz w:val="21"/>
        </w:rPr>
        <w:t xml:space="preserve">como bolsista no Programa de Bolsas de Estágio </w:t>
      </w:r>
      <w:r w:rsidRPr="00327852">
        <w:rPr>
          <w:rFonts w:ascii="Arial" w:hAnsi="Arial" w:cs="Arial"/>
          <w:color w:val="auto"/>
          <w:sz w:val="21"/>
        </w:rPr>
        <w:t xml:space="preserve">Pós-Doutoral </w:t>
      </w:r>
      <w:r w:rsidR="00AD44D6">
        <w:rPr>
          <w:rFonts w:ascii="Arial" w:hAnsi="Arial" w:cs="Arial"/>
          <w:color w:val="auto"/>
          <w:sz w:val="21"/>
        </w:rPr>
        <w:t xml:space="preserve">da </w:t>
      </w:r>
      <w:r w:rsidRPr="00327852">
        <w:rPr>
          <w:rFonts w:ascii="Arial" w:hAnsi="Arial" w:cs="Arial"/>
          <w:color w:val="auto"/>
          <w:sz w:val="21"/>
        </w:rPr>
        <w:t>UDESC</w:t>
      </w:r>
      <w:r w:rsidR="00566607">
        <w:rPr>
          <w:rFonts w:ascii="Arial" w:hAnsi="Arial" w:cs="Arial"/>
          <w:color w:val="auto"/>
          <w:sz w:val="21"/>
        </w:rPr>
        <w:t xml:space="preserve"> – PROEPD, pelo período de ________________________________ a _______________________________.</w:t>
      </w:r>
      <w:r w:rsidRPr="00327852">
        <w:rPr>
          <w:rFonts w:ascii="Arial" w:hAnsi="Arial" w:cs="Arial"/>
          <w:color w:val="auto"/>
          <w:sz w:val="21"/>
        </w:rPr>
        <w:t>.</w:t>
      </w:r>
    </w:p>
    <w:p w14:paraId="729A48E4" w14:textId="30706242" w:rsidR="00327852" w:rsidRDefault="00327852" w:rsidP="00327852">
      <w:pPr>
        <w:spacing w:before="40" w:after="80"/>
        <w:jc w:val="both"/>
        <w:rPr>
          <w:rFonts w:ascii="Arial" w:hAnsi="Arial" w:cs="Arial"/>
          <w:color w:val="auto"/>
          <w:sz w:val="21"/>
        </w:rPr>
      </w:pPr>
      <w:r w:rsidRPr="00327852">
        <w:rPr>
          <w:rFonts w:ascii="Arial" w:hAnsi="Arial" w:cs="Arial"/>
          <w:color w:val="auto"/>
          <w:sz w:val="21"/>
        </w:rPr>
        <w:t xml:space="preserve">Declara, ainda, estar ciente das </w:t>
      </w:r>
      <w:r w:rsidR="00566607">
        <w:rPr>
          <w:rFonts w:ascii="Arial" w:hAnsi="Arial" w:cs="Arial"/>
          <w:color w:val="auto"/>
          <w:sz w:val="21"/>
        </w:rPr>
        <w:t>regras do</w:t>
      </w:r>
      <w:r w:rsidRPr="00327852">
        <w:rPr>
          <w:rFonts w:ascii="Arial" w:hAnsi="Arial" w:cs="Arial"/>
          <w:color w:val="auto"/>
          <w:sz w:val="21"/>
        </w:rPr>
        <w:t xml:space="preserve"> Estágio Pós-Doutoral na UDESC.</w:t>
      </w:r>
    </w:p>
    <w:p w14:paraId="6CD80F5A" w14:textId="77777777" w:rsidR="00566607" w:rsidRDefault="00566607" w:rsidP="00327852">
      <w:pPr>
        <w:spacing w:before="40" w:after="80"/>
        <w:jc w:val="both"/>
        <w:rPr>
          <w:rFonts w:ascii="Arial" w:hAnsi="Arial" w:cs="Arial"/>
          <w:color w:val="auto"/>
          <w:sz w:val="21"/>
        </w:rPr>
      </w:pPr>
    </w:p>
    <w:p w14:paraId="08F91E3E" w14:textId="77777777" w:rsidR="00566607" w:rsidRPr="00327852" w:rsidRDefault="00566607" w:rsidP="00327852">
      <w:pPr>
        <w:spacing w:before="40" w:after="80"/>
        <w:jc w:val="both"/>
        <w:rPr>
          <w:rFonts w:ascii="Arial" w:hAnsi="Arial" w:cs="Arial"/>
          <w:color w:val="auto"/>
        </w:rPr>
      </w:pPr>
    </w:p>
    <w:p w14:paraId="5F664CDB" w14:textId="23EB47A5" w:rsidR="00327852" w:rsidRDefault="00327852" w:rsidP="00327852">
      <w:pPr>
        <w:jc w:val="both"/>
        <w:rPr>
          <w:rFonts w:ascii="Arial" w:hAnsi="Arial" w:cs="Arial"/>
          <w:color w:val="auto"/>
        </w:rPr>
      </w:pPr>
      <w:r w:rsidRPr="00327852">
        <w:rPr>
          <w:rFonts w:ascii="Arial" w:hAnsi="Arial" w:cs="Arial"/>
          <w:color w:val="auto"/>
          <w:sz w:val="21"/>
        </w:rPr>
        <w:t xml:space="preserve">Local e data: ______________________, _____ de _________________ </w:t>
      </w:r>
      <w:proofErr w:type="spellStart"/>
      <w:r w:rsidRPr="00327852">
        <w:rPr>
          <w:rFonts w:ascii="Arial" w:hAnsi="Arial" w:cs="Arial"/>
          <w:color w:val="auto"/>
          <w:sz w:val="21"/>
        </w:rPr>
        <w:t>de</w:t>
      </w:r>
      <w:proofErr w:type="spellEnd"/>
      <w:r w:rsidRPr="00327852">
        <w:rPr>
          <w:rFonts w:ascii="Arial" w:hAnsi="Arial" w:cs="Arial"/>
          <w:color w:val="auto"/>
          <w:sz w:val="21"/>
        </w:rPr>
        <w:t xml:space="preserve"> 2026.</w:t>
      </w:r>
    </w:p>
    <w:p w14:paraId="6BE9A45A" w14:textId="77777777" w:rsidR="00327852" w:rsidRPr="00327852" w:rsidRDefault="00327852" w:rsidP="00327852">
      <w:pPr>
        <w:jc w:val="both"/>
        <w:rPr>
          <w:rFonts w:ascii="Arial" w:hAnsi="Arial" w:cs="Arial"/>
          <w:color w:val="auto"/>
        </w:rPr>
      </w:pPr>
    </w:p>
    <w:p w14:paraId="6D184533" w14:textId="45781675" w:rsidR="00B24FE8" w:rsidRPr="00327852" w:rsidRDefault="008C7537">
      <w:pPr>
        <w:spacing w:before="480"/>
        <w:jc w:val="center"/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b/>
          <w:color w:val="auto"/>
        </w:rPr>
        <w:t>____________________________________________</w:t>
      </w:r>
      <w:r w:rsidRPr="00327852">
        <w:rPr>
          <w:rFonts w:ascii="Arial" w:hAnsi="Arial" w:cs="Arial"/>
          <w:b/>
          <w:color w:val="auto"/>
        </w:rPr>
        <w:br/>
      </w:r>
      <w:r w:rsidRPr="00327852">
        <w:rPr>
          <w:rFonts w:ascii="Arial" w:hAnsi="Arial" w:cs="Arial"/>
          <w:color w:val="auto"/>
          <w:sz w:val="24"/>
          <w:szCs w:val="24"/>
        </w:rPr>
        <w:t xml:space="preserve">Representante Legal </w:t>
      </w:r>
      <w:r w:rsidR="00566607">
        <w:rPr>
          <w:rFonts w:ascii="Arial" w:hAnsi="Arial" w:cs="Arial"/>
          <w:color w:val="auto"/>
          <w:sz w:val="24"/>
          <w:szCs w:val="24"/>
        </w:rPr>
        <w:t>(Nome e assinatura)</w:t>
      </w:r>
      <w:r w:rsidRPr="00327852">
        <w:rPr>
          <w:rFonts w:ascii="Arial" w:hAnsi="Arial" w:cs="Arial"/>
          <w:color w:val="auto"/>
          <w:sz w:val="24"/>
          <w:szCs w:val="24"/>
        </w:rPr>
        <w:br/>
      </w:r>
      <w:r w:rsidRPr="00327852">
        <w:rPr>
          <w:rFonts w:ascii="Arial" w:hAnsi="Arial" w:cs="Arial"/>
          <w:color w:val="auto"/>
          <w:sz w:val="19"/>
        </w:rPr>
        <w:br/>
      </w:r>
      <w:r w:rsidRPr="00327852">
        <w:rPr>
          <w:rFonts w:ascii="Arial" w:hAnsi="Arial" w:cs="Arial"/>
          <w:color w:val="auto"/>
          <w:sz w:val="19"/>
        </w:rPr>
        <w:br/>
      </w:r>
      <w:r w:rsidRPr="00327852">
        <w:rPr>
          <w:rFonts w:ascii="Arial" w:hAnsi="Arial" w:cs="Arial"/>
          <w:color w:val="auto"/>
          <w:sz w:val="19"/>
        </w:rPr>
        <w:br/>
      </w:r>
      <w:r w:rsidRPr="00327852">
        <w:rPr>
          <w:rFonts w:ascii="Arial" w:hAnsi="Arial" w:cs="Arial"/>
          <w:b/>
          <w:color w:val="auto"/>
        </w:rPr>
        <w:t>____________________________________________</w:t>
      </w:r>
      <w:r w:rsidRPr="00327852">
        <w:rPr>
          <w:rFonts w:ascii="Arial" w:hAnsi="Arial" w:cs="Arial"/>
          <w:b/>
          <w:color w:val="auto"/>
        </w:rPr>
        <w:br/>
      </w:r>
      <w:proofErr w:type="spellStart"/>
      <w:r w:rsidRPr="00327852">
        <w:rPr>
          <w:rFonts w:ascii="Arial" w:hAnsi="Arial" w:cs="Arial"/>
          <w:color w:val="auto"/>
          <w:sz w:val="24"/>
          <w:szCs w:val="24"/>
        </w:rPr>
        <w:t>Pós-Doutorando</w:t>
      </w:r>
      <w:proofErr w:type="spellEnd"/>
      <w:r w:rsidRPr="00327852">
        <w:rPr>
          <w:rFonts w:ascii="Arial" w:hAnsi="Arial" w:cs="Arial"/>
          <w:color w:val="auto"/>
          <w:sz w:val="24"/>
          <w:szCs w:val="24"/>
        </w:rPr>
        <w:t>(a)</w:t>
      </w:r>
      <w:r w:rsidR="00566607">
        <w:rPr>
          <w:rFonts w:ascii="Arial" w:hAnsi="Arial" w:cs="Arial"/>
          <w:color w:val="auto"/>
          <w:sz w:val="24"/>
          <w:szCs w:val="24"/>
        </w:rPr>
        <w:t xml:space="preserve"> </w:t>
      </w:r>
      <w:r w:rsidR="00566607">
        <w:rPr>
          <w:rFonts w:ascii="Arial" w:hAnsi="Arial" w:cs="Arial"/>
          <w:color w:val="auto"/>
          <w:sz w:val="24"/>
          <w:szCs w:val="24"/>
        </w:rPr>
        <w:t>(Nome e assinatura)</w:t>
      </w:r>
    </w:p>
    <w:p w14:paraId="6084B166" w14:textId="4790D9FA" w:rsidR="00566607" w:rsidRDefault="00B24FE8">
      <w:pPr>
        <w:spacing w:before="480"/>
        <w:jc w:val="center"/>
        <w:rPr>
          <w:rFonts w:ascii="Arial" w:hAnsi="Arial" w:cs="Arial"/>
          <w:color w:val="auto"/>
          <w:sz w:val="24"/>
          <w:szCs w:val="24"/>
        </w:rPr>
      </w:pPr>
      <w:r w:rsidRPr="00327852">
        <w:rPr>
          <w:rFonts w:ascii="Arial" w:hAnsi="Arial" w:cs="Arial"/>
          <w:b/>
          <w:color w:val="auto"/>
        </w:rPr>
        <w:t>____________________________________________</w:t>
      </w:r>
      <w:r w:rsidR="00566607">
        <w:rPr>
          <w:rFonts w:ascii="Arial" w:hAnsi="Arial" w:cs="Arial"/>
          <w:b/>
          <w:color w:val="auto"/>
        </w:rPr>
        <w:t>_____________</w:t>
      </w:r>
      <w:r w:rsidRPr="00327852">
        <w:rPr>
          <w:rFonts w:ascii="Arial" w:hAnsi="Arial" w:cs="Arial"/>
          <w:b/>
          <w:color w:val="auto"/>
        </w:rPr>
        <w:br/>
      </w:r>
      <w:r w:rsidR="00566607">
        <w:rPr>
          <w:rFonts w:ascii="Arial" w:hAnsi="Arial" w:cs="Arial"/>
          <w:color w:val="auto"/>
          <w:sz w:val="24"/>
          <w:szCs w:val="24"/>
        </w:rPr>
        <w:t xml:space="preserve">Responsável - </w:t>
      </w:r>
      <w:r w:rsidRPr="00327852">
        <w:rPr>
          <w:rFonts w:ascii="Arial" w:hAnsi="Arial" w:cs="Arial"/>
          <w:color w:val="auto"/>
          <w:sz w:val="24"/>
          <w:szCs w:val="24"/>
        </w:rPr>
        <w:t xml:space="preserve">Docente Supervisor(a) – </w:t>
      </w:r>
      <w:r w:rsidR="00566607">
        <w:rPr>
          <w:rFonts w:ascii="Arial" w:hAnsi="Arial" w:cs="Arial"/>
          <w:color w:val="auto"/>
          <w:sz w:val="24"/>
          <w:szCs w:val="24"/>
        </w:rPr>
        <w:t>(Nome e assinatura)</w:t>
      </w:r>
      <w:r w:rsidR="00566607" w:rsidRPr="00327852">
        <w:rPr>
          <w:rFonts w:ascii="Arial" w:hAnsi="Arial" w:cs="Arial"/>
          <w:color w:val="auto"/>
          <w:sz w:val="24"/>
          <w:szCs w:val="24"/>
        </w:rPr>
        <w:br/>
      </w:r>
    </w:p>
    <w:p w14:paraId="5723AEFC" w14:textId="63D0E8ED" w:rsidR="00B11E46" w:rsidRPr="00327852" w:rsidRDefault="00B24FE8">
      <w:pPr>
        <w:spacing w:before="480"/>
        <w:jc w:val="center"/>
        <w:rPr>
          <w:rFonts w:ascii="Arial" w:hAnsi="Arial" w:cs="Arial"/>
          <w:color w:val="auto"/>
        </w:rPr>
      </w:pPr>
      <w:r w:rsidRPr="00327852">
        <w:rPr>
          <w:rFonts w:ascii="Arial" w:hAnsi="Arial" w:cs="Arial"/>
          <w:color w:val="auto"/>
          <w:sz w:val="19"/>
        </w:rPr>
        <w:br/>
      </w:r>
      <w:r w:rsidRPr="00327852">
        <w:rPr>
          <w:rFonts w:ascii="Arial" w:hAnsi="Arial" w:cs="Arial"/>
          <w:color w:val="auto"/>
          <w:sz w:val="19"/>
        </w:rPr>
        <w:br/>
      </w:r>
    </w:p>
    <w:p w14:paraId="0EFCEFDD" w14:textId="77777777" w:rsidR="00B11E46" w:rsidRPr="00327852" w:rsidRDefault="008C7537">
      <w:pPr>
        <w:rPr>
          <w:rFonts w:ascii="Arial" w:hAnsi="Arial" w:cs="Arial"/>
          <w:color w:val="auto"/>
        </w:rPr>
      </w:pPr>
      <w:r w:rsidRPr="00327852">
        <w:rPr>
          <w:rFonts w:ascii="Arial" w:hAnsi="Arial" w:cs="Arial"/>
          <w:color w:val="auto"/>
        </w:rPr>
        <w:br w:type="page"/>
      </w:r>
    </w:p>
    <w:sectPr w:rsidR="00B11E46" w:rsidRPr="0032785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7C676" w14:textId="77777777" w:rsidR="00120C27" w:rsidRPr="00B24FE8" w:rsidRDefault="00120C27">
      <w:pPr>
        <w:spacing w:after="0" w:line="240" w:lineRule="auto"/>
      </w:pPr>
      <w:r w:rsidRPr="00B24FE8">
        <w:separator/>
      </w:r>
    </w:p>
  </w:endnote>
  <w:endnote w:type="continuationSeparator" w:id="0">
    <w:p w14:paraId="43D5FF05" w14:textId="77777777" w:rsidR="00120C27" w:rsidRPr="00B24FE8" w:rsidRDefault="00120C27">
      <w:pPr>
        <w:spacing w:after="0" w:line="240" w:lineRule="auto"/>
      </w:pPr>
      <w:r w:rsidRPr="00B24F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2676" w14:textId="77777777" w:rsidR="003C2E0A" w:rsidRDefault="003C2E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0334" w14:textId="47F86C5C" w:rsidR="00B11E46" w:rsidRPr="00B24FE8" w:rsidRDefault="008C7537">
    <w:pPr>
      <w:pStyle w:val="Rodap"/>
      <w:jc w:val="right"/>
    </w:pPr>
    <w:r w:rsidRPr="00B24FE8">
      <w:rPr>
        <w:color w:val="646464"/>
        <w:sz w:val="18"/>
      </w:rPr>
      <w:t>Edital PPGMODA Nº 0</w:t>
    </w:r>
    <w:r w:rsidR="003C2E0A">
      <w:rPr>
        <w:color w:val="646464"/>
        <w:sz w:val="18"/>
      </w:rPr>
      <w:t>2</w:t>
    </w:r>
    <w:r w:rsidRPr="00B24FE8">
      <w:rPr>
        <w:color w:val="646464"/>
        <w:sz w:val="18"/>
      </w:rPr>
      <w:t xml:space="preserve">/2026 - </w:t>
    </w:r>
    <w:proofErr w:type="gramStart"/>
    <w:r w:rsidRPr="00B24FE8">
      <w:rPr>
        <w:color w:val="646464"/>
        <w:sz w:val="18"/>
      </w:rPr>
      <w:t>PROEPD  |</w:t>
    </w:r>
    <w:proofErr w:type="gramEnd"/>
    <w:r w:rsidRPr="00B24FE8">
      <w:rPr>
        <w:color w:val="646464"/>
        <w:sz w:val="18"/>
      </w:rPr>
      <w:t xml:space="preserve">  Página </w:t>
    </w:r>
    <w:r w:rsidRPr="00B24FE8">
      <w:fldChar w:fldCharType="begin"/>
    </w:r>
    <w:r w:rsidRPr="00B24FE8">
      <w:instrText>PAGE</w:instrText>
    </w:r>
    <w:r w:rsidRPr="00B24FE8">
      <w:fldChar w:fldCharType="separate"/>
    </w:r>
    <w:r w:rsidR="00C5517A" w:rsidRPr="00B24FE8">
      <w:t>1</w:t>
    </w:r>
    <w:r w:rsidRPr="00B24FE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663B3" w14:textId="77777777" w:rsidR="003C2E0A" w:rsidRDefault="003C2E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A287F" w14:textId="77777777" w:rsidR="00120C27" w:rsidRPr="00B24FE8" w:rsidRDefault="00120C27">
      <w:pPr>
        <w:spacing w:after="0" w:line="240" w:lineRule="auto"/>
      </w:pPr>
      <w:r w:rsidRPr="00B24FE8">
        <w:separator/>
      </w:r>
    </w:p>
  </w:footnote>
  <w:footnote w:type="continuationSeparator" w:id="0">
    <w:p w14:paraId="44903F0F" w14:textId="77777777" w:rsidR="00120C27" w:rsidRPr="00B24FE8" w:rsidRDefault="00120C27">
      <w:pPr>
        <w:spacing w:after="0" w:line="240" w:lineRule="auto"/>
      </w:pPr>
      <w:r w:rsidRPr="00B24F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00C5" w14:textId="77777777" w:rsidR="003C2E0A" w:rsidRDefault="003C2E0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7F06" w14:textId="77777777" w:rsidR="00C5517A" w:rsidRPr="00B24FE8" w:rsidRDefault="00B24FE8">
    <w:pPr>
      <w:pStyle w:val="Cabealho"/>
    </w:pPr>
    <w:r w:rsidRPr="00B24FE8">
      <w:rPr>
        <w:noProof/>
      </w:rPr>
      <w:drawing>
        <wp:inline distT="0" distB="0" distL="0" distR="0" wp14:anchorId="4D5FAEC0" wp14:editId="2D70E0D8">
          <wp:extent cx="3564000" cy="630284"/>
          <wp:effectExtent l="0" t="0" r="0" b="0"/>
          <wp:docPr id="46342907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4000" cy="630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1FA8C" w14:textId="77777777" w:rsidR="003C2E0A" w:rsidRDefault="003C2E0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22121B"/>
    <w:multiLevelType w:val="multilevel"/>
    <w:tmpl w:val="51CEBE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 w16cid:durableId="1047922076">
    <w:abstractNumId w:val="8"/>
  </w:num>
  <w:num w:numId="2" w16cid:durableId="843279669">
    <w:abstractNumId w:val="6"/>
  </w:num>
  <w:num w:numId="3" w16cid:durableId="1148546678">
    <w:abstractNumId w:val="5"/>
  </w:num>
  <w:num w:numId="4" w16cid:durableId="192499575">
    <w:abstractNumId w:val="4"/>
  </w:num>
  <w:num w:numId="5" w16cid:durableId="835000603">
    <w:abstractNumId w:val="7"/>
  </w:num>
  <w:num w:numId="6" w16cid:durableId="2020619065">
    <w:abstractNumId w:val="3"/>
  </w:num>
  <w:num w:numId="7" w16cid:durableId="1864131131">
    <w:abstractNumId w:val="2"/>
  </w:num>
  <w:num w:numId="8" w16cid:durableId="1472550656">
    <w:abstractNumId w:val="1"/>
  </w:num>
  <w:num w:numId="9" w16cid:durableId="1371297454">
    <w:abstractNumId w:val="0"/>
  </w:num>
  <w:num w:numId="10" w16cid:durableId="15167239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BCB"/>
    <w:rsid w:val="000F08FA"/>
    <w:rsid w:val="000F2A66"/>
    <w:rsid w:val="00120C27"/>
    <w:rsid w:val="0015074B"/>
    <w:rsid w:val="0029639D"/>
    <w:rsid w:val="002F5AD3"/>
    <w:rsid w:val="00326F90"/>
    <w:rsid w:val="00327852"/>
    <w:rsid w:val="003C2E0A"/>
    <w:rsid w:val="003C6528"/>
    <w:rsid w:val="00414B69"/>
    <w:rsid w:val="0045086F"/>
    <w:rsid w:val="004843CF"/>
    <w:rsid w:val="004F09A0"/>
    <w:rsid w:val="00566607"/>
    <w:rsid w:val="0067429B"/>
    <w:rsid w:val="00690ED8"/>
    <w:rsid w:val="006B1347"/>
    <w:rsid w:val="006D2743"/>
    <w:rsid w:val="00796565"/>
    <w:rsid w:val="007A15B8"/>
    <w:rsid w:val="00825B84"/>
    <w:rsid w:val="008C7537"/>
    <w:rsid w:val="0099559B"/>
    <w:rsid w:val="009B7475"/>
    <w:rsid w:val="009E3405"/>
    <w:rsid w:val="00A15E07"/>
    <w:rsid w:val="00A93A60"/>
    <w:rsid w:val="00AA1D8D"/>
    <w:rsid w:val="00AD44D6"/>
    <w:rsid w:val="00AD45B5"/>
    <w:rsid w:val="00B11E46"/>
    <w:rsid w:val="00B24FE8"/>
    <w:rsid w:val="00B42EAE"/>
    <w:rsid w:val="00B47730"/>
    <w:rsid w:val="00C27E51"/>
    <w:rsid w:val="00C5517A"/>
    <w:rsid w:val="00CB0664"/>
    <w:rsid w:val="00CB1B53"/>
    <w:rsid w:val="00D91010"/>
    <w:rsid w:val="00E67E79"/>
    <w:rsid w:val="00E77C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3D169E"/>
  <w14:defaultImageDpi w14:val="300"/>
  <w15:docId w15:val="{431AE8A5-DC0F-4536-BEA4-ABD39BE5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9A0"/>
    <w:pPr>
      <w:spacing w:after="120"/>
    </w:pPr>
    <w:rPr>
      <w:rFonts w:ascii="Calibri" w:hAnsi="Calibri"/>
      <w:color w:val="32323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b/>
      <w:bCs/>
      <w:color w:val="006B3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/>
      <w:b/>
      <w:bCs/>
      <w:color w:val="14462D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C5517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5517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551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LUCIANA DORNBUSCH LOPES</cp:lastModifiedBy>
  <cp:revision>16</cp:revision>
  <cp:lastPrinted>2026-10-27T04:16:00Z</cp:lastPrinted>
  <dcterms:created xsi:type="dcterms:W3CDTF">2013-12-23T23:15:00Z</dcterms:created>
  <dcterms:modified xsi:type="dcterms:W3CDTF">2026-10-27T06:28:00Z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fcc7921453e01b9b7923faee1399513dd5b086b99dbe9a99cdb14ad47337e773</vt:lpwstr>
  </property>
</Properties>
</file>