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B5CF" w14:textId="77777777" w:rsidR="00B11E46" w:rsidRPr="00690ED8" w:rsidRDefault="00B11E46" w:rsidP="00C5517A">
      <w:pPr>
        <w:spacing w:after="240"/>
        <w:rPr>
          <w:color w:val="auto"/>
        </w:rPr>
      </w:pPr>
    </w:p>
    <w:p w14:paraId="32AF778A" w14:textId="6CC8C583" w:rsidR="003C6528" w:rsidRPr="004843CF" w:rsidRDefault="004843CF">
      <w:pPr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843CF">
        <w:rPr>
          <w:rFonts w:ascii="Arial" w:hAnsi="Arial" w:cs="Arial"/>
          <w:b/>
          <w:color w:val="auto"/>
          <w:sz w:val="24"/>
          <w:szCs w:val="24"/>
        </w:rPr>
        <w:t>RESOLUÇÃO Nº 075/2024 – CONSUNI</w:t>
      </w:r>
    </w:p>
    <w:p w14:paraId="4CD901B5" w14:textId="3C235638" w:rsidR="003C6528" w:rsidRPr="00327852" w:rsidRDefault="008C7537">
      <w:pPr>
        <w:spacing w:after="240"/>
        <w:jc w:val="center"/>
        <w:rPr>
          <w:rFonts w:ascii="Arial" w:hAnsi="Arial" w:cs="Arial"/>
          <w:b/>
          <w:color w:val="auto"/>
          <w:sz w:val="28"/>
        </w:rPr>
      </w:pPr>
      <w:r w:rsidRPr="00327852">
        <w:rPr>
          <w:rFonts w:ascii="Arial" w:hAnsi="Arial" w:cs="Arial"/>
          <w:b/>
          <w:color w:val="auto"/>
          <w:sz w:val="28"/>
        </w:rPr>
        <w:t>ANEXO I</w:t>
      </w:r>
    </w:p>
    <w:p w14:paraId="4FEFEAB7" w14:textId="33F4AE8C" w:rsidR="00B11E46" w:rsidRPr="00327852" w:rsidRDefault="008C7537">
      <w:pPr>
        <w:spacing w:after="240"/>
        <w:jc w:val="center"/>
        <w:rPr>
          <w:rFonts w:ascii="Arial" w:hAnsi="Arial" w:cs="Arial"/>
          <w:color w:val="auto"/>
        </w:rPr>
      </w:pPr>
      <w:r w:rsidRPr="00327852">
        <w:rPr>
          <w:rFonts w:ascii="Arial" w:hAnsi="Arial" w:cs="Arial"/>
          <w:b/>
          <w:color w:val="auto"/>
          <w:sz w:val="24"/>
        </w:rPr>
        <w:t>TERMO DE COMPROMISSO DE ESTÁGIO PÓS-DOUTORAL</w:t>
      </w:r>
    </w:p>
    <w:p w14:paraId="27907496" w14:textId="3846F2BA" w:rsidR="00B11E46" w:rsidRPr="00327852" w:rsidRDefault="00B11E46">
      <w:pPr>
        <w:rPr>
          <w:rFonts w:ascii="Arial" w:hAnsi="Arial" w:cs="Arial"/>
          <w:color w:val="auto"/>
        </w:rPr>
      </w:pPr>
    </w:p>
    <w:p w14:paraId="32622CAF" w14:textId="6BA71988" w:rsidR="00327852" w:rsidRPr="00327852" w:rsidRDefault="00327852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 xml:space="preserve">Eu, __________________________________________________________________, aprovado(a) para participar do Estágio Pós-Doutoral </w:t>
      </w:r>
      <w:r w:rsidR="004843CF">
        <w:rPr>
          <w:rFonts w:ascii="Arial" w:hAnsi="Arial" w:cs="Arial"/>
          <w:color w:val="auto"/>
          <w:sz w:val="24"/>
          <w:szCs w:val="24"/>
        </w:rPr>
        <w:t>d</w:t>
      </w:r>
      <w:r w:rsidRPr="00327852">
        <w:rPr>
          <w:rFonts w:ascii="Arial" w:hAnsi="Arial" w:cs="Arial"/>
          <w:color w:val="auto"/>
          <w:sz w:val="24"/>
          <w:szCs w:val="24"/>
        </w:rPr>
        <w:t xml:space="preserve">o Programa de Pós-Graduação em Moda (PPGMODA) do Centro de Artes, Design e Moda (CEART) da UDESC, </w:t>
      </w:r>
      <w:r w:rsidR="004843CF">
        <w:rPr>
          <w:rFonts w:ascii="Arial" w:hAnsi="Arial" w:cs="Arial"/>
          <w:color w:val="auto"/>
          <w:sz w:val="24"/>
          <w:szCs w:val="24"/>
        </w:rPr>
        <w:t xml:space="preserve">Departamento de Moda como bolsista, </w:t>
      </w:r>
      <w:r w:rsidRPr="00327852">
        <w:rPr>
          <w:rFonts w:ascii="Arial" w:hAnsi="Arial" w:cs="Arial"/>
          <w:color w:val="auto"/>
          <w:sz w:val="24"/>
          <w:szCs w:val="24"/>
        </w:rPr>
        <w:t>declaro estar ciente das regras do Programa e demais normas universitárias, e comprometo-me a observá-las</w:t>
      </w:r>
      <w:r w:rsidR="004F09A0">
        <w:rPr>
          <w:rFonts w:ascii="Arial" w:hAnsi="Arial" w:cs="Arial"/>
          <w:color w:val="auto"/>
          <w:sz w:val="24"/>
          <w:szCs w:val="24"/>
        </w:rPr>
        <w:t>.</w:t>
      </w:r>
    </w:p>
    <w:p w14:paraId="16B1565B" w14:textId="77777777" w:rsidR="004F09A0" w:rsidRDefault="00327852" w:rsidP="004F09A0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 xml:space="preserve">Declaro, ainda, estar ciente de que o Estágio Pós-Doutoral não gera vínculo empregatício com a Universidade do Estado de Santa Catarina (UDESC), </w:t>
      </w:r>
    </w:p>
    <w:p w14:paraId="4495B8EA" w14:textId="77777777" w:rsidR="004F09A0" w:rsidRDefault="004F09A0" w:rsidP="004F09A0">
      <w:pPr>
        <w:spacing w:before="40" w:after="80"/>
        <w:rPr>
          <w:rFonts w:ascii="Arial" w:hAnsi="Arial" w:cs="Arial"/>
          <w:color w:val="auto"/>
          <w:sz w:val="24"/>
          <w:szCs w:val="24"/>
        </w:rPr>
      </w:pPr>
    </w:p>
    <w:p w14:paraId="14DA9553" w14:textId="2C4A9729" w:rsidR="00327852" w:rsidRPr="00327852" w:rsidRDefault="00327852" w:rsidP="004F09A0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 xml:space="preserve">Local e data: ______________________, _____ de _________________ </w:t>
      </w:r>
      <w:proofErr w:type="spellStart"/>
      <w:r w:rsidRPr="00327852">
        <w:rPr>
          <w:rFonts w:ascii="Arial" w:hAnsi="Arial" w:cs="Arial"/>
          <w:color w:val="auto"/>
          <w:sz w:val="24"/>
          <w:szCs w:val="24"/>
        </w:rPr>
        <w:t>de</w:t>
      </w:r>
      <w:proofErr w:type="spellEnd"/>
      <w:r w:rsidRPr="00327852">
        <w:rPr>
          <w:rFonts w:ascii="Arial" w:hAnsi="Arial" w:cs="Arial"/>
          <w:color w:val="auto"/>
          <w:sz w:val="24"/>
          <w:szCs w:val="24"/>
        </w:rPr>
        <w:t xml:space="preserve"> 2026.</w:t>
      </w:r>
    </w:p>
    <w:p w14:paraId="1CC49BDF" w14:textId="3B955273" w:rsidR="00327852" w:rsidRDefault="00327852">
      <w:pPr>
        <w:rPr>
          <w:rFonts w:ascii="Arial" w:hAnsi="Arial" w:cs="Arial"/>
          <w:color w:val="auto"/>
          <w:sz w:val="24"/>
          <w:szCs w:val="24"/>
        </w:rPr>
      </w:pPr>
    </w:p>
    <w:p w14:paraId="6A88CD8E" w14:textId="1D42C13E" w:rsidR="00327852" w:rsidRDefault="00327852">
      <w:pPr>
        <w:rPr>
          <w:rFonts w:ascii="Arial" w:hAnsi="Arial" w:cs="Arial"/>
          <w:color w:val="auto"/>
          <w:sz w:val="24"/>
          <w:szCs w:val="24"/>
        </w:rPr>
      </w:pPr>
    </w:p>
    <w:p w14:paraId="24FC1648" w14:textId="77777777" w:rsidR="00327852" w:rsidRPr="00327852" w:rsidRDefault="00327852">
      <w:pPr>
        <w:rPr>
          <w:rFonts w:ascii="Arial" w:hAnsi="Arial" w:cs="Arial"/>
          <w:color w:val="auto"/>
          <w:sz w:val="24"/>
          <w:szCs w:val="24"/>
        </w:rPr>
      </w:pPr>
    </w:p>
    <w:p w14:paraId="667DEF41" w14:textId="77777777" w:rsidR="00327852" w:rsidRDefault="008C7537" w:rsidP="00327852">
      <w:pPr>
        <w:spacing w:after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27852">
        <w:rPr>
          <w:rFonts w:ascii="Arial" w:hAnsi="Arial" w:cs="Arial"/>
          <w:b/>
          <w:color w:val="auto"/>
          <w:sz w:val="24"/>
          <w:szCs w:val="24"/>
        </w:rPr>
        <w:t>____________________________________________</w:t>
      </w:r>
    </w:p>
    <w:p w14:paraId="28847E1F" w14:textId="77777777" w:rsidR="004F09A0" w:rsidRDefault="008C7537" w:rsidP="004F09A0">
      <w:pPr>
        <w:spacing w:after="0" w:line="240" w:lineRule="auto"/>
        <w:jc w:val="center"/>
        <w:rPr>
          <w:color w:val="auto"/>
        </w:rPr>
      </w:pPr>
      <w:proofErr w:type="spellStart"/>
      <w:r w:rsidRPr="00327852">
        <w:rPr>
          <w:rFonts w:ascii="Arial" w:hAnsi="Arial" w:cs="Arial"/>
          <w:color w:val="auto"/>
          <w:sz w:val="24"/>
          <w:szCs w:val="24"/>
        </w:rPr>
        <w:t>Pós-Doutorando</w:t>
      </w:r>
      <w:proofErr w:type="spellEnd"/>
      <w:r w:rsidRPr="00327852">
        <w:rPr>
          <w:rFonts w:ascii="Arial" w:hAnsi="Arial" w:cs="Arial"/>
          <w:color w:val="auto"/>
          <w:sz w:val="24"/>
          <w:szCs w:val="24"/>
        </w:rPr>
        <w:t>(a) (</w:t>
      </w:r>
      <w:r w:rsidR="004F09A0">
        <w:rPr>
          <w:rFonts w:ascii="Arial" w:hAnsi="Arial" w:cs="Arial"/>
          <w:color w:val="auto"/>
          <w:sz w:val="24"/>
          <w:szCs w:val="24"/>
        </w:rPr>
        <w:t>Nome e assinatura)</w:t>
      </w:r>
      <w:r w:rsidRPr="00327852">
        <w:rPr>
          <w:rFonts w:ascii="Arial" w:hAnsi="Arial" w:cs="Arial"/>
          <w:color w:val="auto"/>
          <w:sz w:val="24"/>
          <w:szCs w:val="24"/>
        </w:rPr>
        <w:br/>
      </w:r>
      <w:r w:rsidRPr="00327852">
        <w:rPr>
          <w:rFonts w:ascii="Arial" w:hAnsi="Arial" w:cs="Arial"/>
          <w:color w:val="auto"/>
          <w:sz w:val="24"/>
          <w:szCs w:val="24"/>
        </w:rPr>
        <w:br/>
      </w:r>
      <w:r w:rsidRPr="00327852">
        <w:rPr>
          <w:rFonts w:ascii="Arial" w:hAnsi="Arial" w:cs="Arial"/>
          <w:color w:val="auto"/>
          <w:sz w:val="24"/>
          <w:szCs w:val="24"/>
        </w:rPr>
        <w:br/>
      </w:r>
    </w:p>
    <w:p w14:paraId="3D14F3D6" w14:textId="2A457629" w:rsidR="00B11E46" w:rsidRPr="003B42E3" w:rsidRDefault="008C7537" w:rsidP="003B42E3">
      <w:pPr>
        <w:spacing w:after="0" w:line="240" w:lineRule="auto"/>
        <w:jc w:val="center"/>
        <w:rPr>
          <w:color w:val="auto"/>
        </w:rPr>
      </w:pPr>
      <w:r w:rsidRPr="00690ED8">
        <w:rPr>
          <w:color w:val="auto"/>
        </w:rPr>
        <w:br w:type="page"/>
      </w:r>
    </w:p>
    <w:sectPr w:rsidR="00B11E46" w:rsidRPr="003B42E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4793" w14:textId="77777777" w:rsidR="00712012" w:rsidRPr="00B24FE8" w:rsidRDefault="00712012">
      <w:pPr>
        <w:spacing w:after="0" w:line="240" w:lineRule="auto"/>
      </w:pPr>
      <w:r w:rsidRPr="00B24FE8">
        <w:separator/>
      </w:r>
    </w:p>
  </w:endnote>
  <w:endnote w:type="continuationSeparator" w:id="0">
    <w:p w14:paraId="52388058" w14:textId="77777777" w:rsidR="00712012" w:rsidRPr="00B24FE8" w:rsidRDefault="00712012">
      <w:pPr>
        <w:spacing w:after="0" w:line="240" w:lineRule="auto"/>
      </w:pPr>
      <w:r w:rsidRPr="00B24F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2676" w14:textId="77777777" w:rsidR="003C2E0A" w:rsidRDefault="003C2E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0334" w14:textId="47F86C5C" w:rsidR="00B11E46" w:rsidRPr="00B24FE8" w:rsidRDefault="008C7537">
    <w:pPr>
      <w:pStyle w:val="Rodap"/>
      <w:jc w:val="right"/>
    </w:pPr>
    <w:r w:rsidRPr="00B24FE8">
      <w:rPr>
        <w:color w:val="646464"/>
        <w:sz w:val="18"/>
      </w:rPr>
      <w:t>Edital PPGMODA Nº 0</w:t>
    </w:r>
    <w:r w:rsidR="003C2E0A">
      <w:rPr>
        <w:color w:val="646464"/>
        <w:sz w:val="18"/>
      </w:rPr>
      <w:t>2</w:t>
    </w:r>
    <w:r w:rsidRPr="00B24FE8">
      <w:rPr>
        <w:color w:val="646464"/>
        <w:sz w:val="18"/>
      </w:rPr>
      <w:t xml:space="preserve">/2026 - </w:t>
    </w:r>
    <w:proofErr w:type="gramStart"/>
    <w:r w:rsidRPr="00B24FE8">
      <w:rPr>
        <w:color w:val="646464"/>
        <w:sz w:val="18"/>
      </w:rPr>
      <w:t>PROEPD  |</w:t>
    </w:r>
    <w:proofErr w:type="gramEnd"/>
    <w:r w:rsidRPr="00B24FE8">
      <w:rPr>
        <w:color w:val="646464"/>
        <w:sz w:val="18"/>
      </w:rPr>
      <w:t xml:space="preserve">  Página </w:t>
    </w:r>
    <w:r w:rsidRPr="00B24FE8">
      <w:fldChar w:fldCharType="begin"/>
    </w:r>
    <w:r w:rsidRPr="00B24FE8">
      <w:instrText>PAGE</w:instrText>
    </w:r>
    <w:r w:rsidRPr="00B24FE8">
      <w:fldChar w:fldCharType="separate"/>
    </w:r>
    <w:r w:rsidR="00C5517A" w:rsidRPr="00B24FE8">
      <w:t>1</w:t>
    </w:r>
    <w:r w:rsidRPr="00B24F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63B3" w14:textId="77777777" w:rsidR="003C2E0A" w:rsidRDefault="003C2E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4D39" w14:textId="77777777" w:rsidR="00712012" w:rsidRPr="00B24FE8" w:rsidRDefault="00712012">
      <w:pPr>
        <w:spacing w:after="0" w:line="240" w:lineRule="auto"/>
      </w:pPr>
      <w:r w:rsidRPr="00B24FE8">
        <w:separator/>
      </w:r>
    </w:p>
  </w:footnote>
  <w:footnote w:type="continuationSeparator" w:id="0">
    <w:p w14:paraId="68701918" w14:textId="77777777" w:rsidR="00712012" w:rsidRPr="00B24FE8" w:rsidRDefault="00712012">
      <w:pPr>
        <w:spacing w:after="0" w:line="240" w:lineRule="auto"/>
      </w:pPr>
      <w:r w:rsidRPr="00B24F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5" w14:textId="77777777" w:rsidR="003C2E0A" w:rsidRDefault="003C2E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7F06" w14:textId="77777777" w:rsidR="00C5517A" w:rsidRPr="00B24FE8" w:rsidRDefault="00B24FE8">
    <w:pPr>
      <w:pStyle w:val="Cabealho"/>
    </w:pPr>
    <w:r w:rsidRPr="00B24FE8">
      <w:rPr>
        <w:noProof/>
      </w:rPr>
      <w:drawing>
        <wp:inline distT="0" distB="0" distL="0" distR="0" wp14:anchorId="4D5FAEC0" wp14:editId="2D70E0D8">
          <wp:extent cx="3564000" cy="630284"/>
          <wp:effectExtent l="0" t="0" r="0" b="0"/>
          <wp:docPr id="46342907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4000" cy="630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FA8C" w14:textId="77777777" w:rsidR="003C2E0A" w:rsidRDefault="003C2E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22121B"/>
    <w:multiLevelType w:val="multilevel"/>
    <w:tmpl w:val="51CEB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 w16cid:durableId="1047922076">
    <w:abstractNumId w:val="8"/>
  </w:num>
  <w:num w:numId="2" w16cid:durableId="843279669">
    <w:abstractNumId w:val="6"/>
  </w:num>
  <w:num w:numId="3" w16cid:durableId="1148546678">
    <w:abstractNumId w:val="5"/>
  </w:num>
  <w:num w:numId="4" w16cid:durableId="192499575">
    <w:abstractNumId w:val="4"/>
  </w:num>
  <w:num w:numId="5" w16cid:durableId="835000603">
    <w:abstractNumId w:val="7"/>
  </w:num>
  <w:num w:numId="6" w16cid:durableId="2020619065">
    <w:abstractNumId w:val="3"/>
  </w:num>
  <w:num w:numId="7" w16cid:durableId="1864131131">
    <w:abstractNumId w:val="2"/>
  </w:num>
  <w:num w:numId="8" w16cid:durableId="1472550656">
    <w:abstractNumId w:val="1"/>
  </w:num>
  <w:num w:numId="9" w16cid:durableId="1371297454">
    <w:abstractNumId w:val="0"/>
  </w:num>
  <w:num w:numId="10" w16cid:durableId="15167239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BCB"/>
    <w:rsid w:val="000F08FA"/>
    <w:rsid w:val="000F2A66"/>
    <w:rsid w:val="0015074B"/>
    <w:rsid w:val="0029639D"/>
    <w:rsid w:val="002C1FF0"/>
    <w:rsid w:val="002F5AD3"/>
    <w:rsid w:val="00326F90"/>
    <w:rsid w:val="00327852"/>
    <w:rsid w:val="003B42E3"/>
    <w:rsid w:val="003C2E0A"/>
    <w:rsid w:val="003C6528"/>
    <w:rsid w:val="00414B69"/>
    <w:rsid w:val="0045086F"/>
    <w:rsid w:val="004843CF"/>
    <w:rsid w:val="004F09A0"/>
    <w:rsid w:val="0067429B"/>
    <w:rsid w:val="00690ED8"/>
    <w:rsid w:val="006B1347"/>
    <w:rsid w:val="006D2743"/>
    <w:rsid w:val="00712012"/>
    <w:rsid w:val="007A15B8"/>
    <w:rsid w:val="00825B84"/>
    <w:rsid w:val="008C7537"/>
    <w:rsid w:val="0099559B"/>
    <w:rsid w:val="009A168E"/>
    <w:rsid w:val="009B7475"/>
    <w:rsid w:val="009E3405"/>
    <w:rsid w:val="009E5D83"/>
    <w:rsid w:val="00A15E07"/>
    <w:rsid w:val="00A93A60"/>
    <w:rsid w:val="00AA1D8D"/>
    <w:rsid w:val="00AA7251"/>
    <w:rsid w:val="00AD45B5"/>
    <w:rsid w:val="00B11E46"/>
    <w:rsid w:val="00B24FE8"/>
    <w:rsid w:val="00B42EAE"/>
    <w:rsid w:val="00B47730"/>
    <w:rsid w:val="00C27E51"/>
    <w:rsid w:val="00C5517A"/>
    <w:rsid w:val="00CB0664"/>
    <w:rsid w:val="00CB1B53"/>
    <w:rsid w:val="00D91010"/>
    <w:rsid w:val="00E67E79"/>
    <w:rsid w:val="00E77C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3D169E"/>
  <w14:defaultImageDpi w14:val="300"/>
  <w15:docId w15:val="{431AE8A5-DC0F-4536-BEA4-ABD39BE5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9A0"/>
    <w:pPr>
      <w:spacing w:after="120"/>
    </w:pPr>
    <w:rPr>
      <w:rFonts w:ascii="Calibri" w:hAnsi="Calibri"/>
      <w:color w:val="32323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b/>
      <w:bCs/>
      <w:color w:val="006B3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/>
      <w:b/>
      <w:bCs/>
      <w:color w:val="14462D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C5517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517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551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JOAO FREDERICO DA SILVA</cp:lastModifiedBy>
  <cp:revision>2</cp:revision>
  <cp:lastPrinted>2026-10-27T04:16:00Z</cp:lastPrinted>
  <dcterms:created xsi:type="dcterms:W3CDTF">2026-10-27T21:39:00Z</dcterms:created>
  <dcterms:modified xsi:type="dcterms:W3CDTF">2026-10-27T21:39:00Z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fcc7921453e01b9b7923faee1399513dd5b086b99dbe9a99cdb14ad47337e773</vt:lpwstr>
  </property>
</Properties>
</file>