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283B1" w14:textId="77777777" w:rsidR="00D964B7" w:rsidRDefault="00000000">
      <w:pPr>
        <w:spacing w:after="40"/>
        <w:jc w:val="center"/>
      </w:pPr>
      <w:r>
        <w:rPr>
          <w:b/>
          <w:sz w:val="24"/>
        </w:rPr>
        <w:t>REQUERIMENTO DE REGIME ESPECIAL DE</w:t>
      </w:r>
    </w:p>
    <w:p w14:paraId="62A30347" w14:textId="77777777" w:rsidR="00D964B7" w:rsidRDefault="00000000">
      <w:pPr>
        <w:spacing w:after="100"/>
        <w:jc w:val="center"/>
      </w:pPr>
      <w:r>
        <w:rPr>
          <w:b/>
          <w:sz w:val="24"/>
        </w:rPr>
        <w:t>ATENDIMENTO DOMICILIAR TEMPORÁRIO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D964B7" w14:paraId="78A92E6C" w14:textId="77777777">
        <w:trPr>
          <w:cantSplit/>
          <w:jc w:val="center"/>
        </w:trPr>
        <w:tc>
          <w:tcPr>
            <w:tcW w:w="9638" w:type="dxa"/>
            <w:shd w:val="clear" w:color="auto" w:fill="E7E7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2C19CCD" w14:textId="77777777" w:rsidR="00D964B7" w:rsidRDefault="00000000">
            <w:pPr>
              <w:spacing w:after="0"/>
            </w:pPr>
            <w:r>
              <w:rPr>
                <w:b/>
                <w:color w:val="1F1F1F"/>
              </w:rPr>
              <w:t>1. IDENTIFICAÇÃO DO(A) ESTUDANTE</w:t>
            </w:r>
          </w:p>
        </w:tc>
      </w:tr>
    </w:tbl>
    <w:p w14:paraId="0D66F028" w14:textId="77777777" w:rsidR="00D964B7" w:rsidRDefault="00D964B7">
      <w:pPr>
        <w:spacing w:after="20"/>
      </w:pP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9638"/>
        <w:gridCol w:w="8"/>
      </w:tblGrid>
      <w:tr w:rsidR="00D964B7" w14:paraId="4AED47EB" w14:textId="77777777" w:rsidTr="001D5595">
        <w:trPr>
          <w:cantSplit/>
          <w:jc w:val="center"/>
        </w:trPr>
        <w:tc>
          <w:tcPr>
            <w:tcW w:w="9646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17D904" w14:textId="14B4EF81" w:rsidR="00D964B7" w:rsidRDefault="00000000">
            <w:r>
              <w:t xml:space="preserve">Nome </w:t>
            </w:r>
            <w:proofErr w:type="spellStart"/>
            <w:r w:rsidR="001D5595">
              <w:t>completo</w:t>
            </w:r>
            <w:proofErr w:type="spellEnd"/>
            <w:r w:rsidR="001D5595">
              <w:t xml:space="preserve"> (</w:t>
            </w:r>
            <w:proofErr w:type="spellStart"/>
            <w:r w:rsidR="001D5595" w:rsidRPr="001D5595">
              <w:rPr>
                <w:i/>
                <w:iCs/>
              </w:rPr>
              <w:t>sem</w:t>
            </w:r>
            <w:proofErr w:type="spellEnd"/>
            <w:r w:rsidR="001D5595" w:rsidRPr="001D5595">
              <w:rPr>
                <w:i/>
                <w:iCs/>
              </w:rPr>
              <w:t xml:space="preserve"> </w:t>
            </w:r>
            <w:proofErr w:type="spellStart"/>
            <w:r w:rsidR="001D5595" w:rsidRPr="001D5595">
              <w:rPr>
                <w:i/>
                <w:iCs/>
              </w:rPr>
              <w:t>abreviações</w:t>
            </w:r>
            <w:proofErr w:type="spellEnd"/>
            <w:r w:rsidR="001D5595">
              <w:t>)</w:t>
            </w:r>
            <w:r>
              <w:t>:</w:t>
            </w:r>
          </w:p>
        </w:tc>
      </w:tr>
      <w:tr w:rsidR="00D964B7" w14:paraId="18169D4F" w14:textId="77777777" w:rsidTr="001D5595">
        <w:trPr>
          <w:cantSplit/>
          <w:jc w:val="center"/>
        </w:trPr>
        <w:tc>
          <w:tcPr>
            <w:tcW w:w="9646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ECD791" w14:textId="6401CCDD" w:rsidR="00D964B7" w:rsidRDefault="00000000">
            <w:proofErr w:type="spellStart"/>
            <w:r>
              <w:t>Curso</w:t>
            </w:r>
            <w:proofErr w:type="spellEnd"/>
            <w:r>
              <w:t>:</w:t>
            </w:r>
          </w:p>
        </w:tc>
      </w:tr>
      <w:tr w:rsidR="00D964B7" w14:paraId="59DE4C15" w14:textId="77777777" w:rsidTr="001D5595">
        <w:trPr>
          <w:cantSplit/>
          <w:jc w:val="center"/>
        </w:trPr>
        <w:tc>
          <w:tcPr>
            <w:tcW w:w="9646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9DAC0D" w14:textId="7C54EFB7" w:rsidR="00D964B7" w:rsidRDefault="00000000">
            <w:r>
              <w:t>E-mail:</w:t>
            </w:r>
            <w:r>
              <w:br/>
            </w:r>
          </w:p>
        </w:tc>
      </w:tr>
      <w:tr w:rsidR="00D964B7" w14:paraId="334B46CC" w14:textId="77777777" w:rsidTr="001D5595">
        <w:trPr>
          <w:jc w:val="center"/>
        </w:trPr>
        <w:tc>
          <w:tcPr>
            <w:tcW w:w="9646" w:type="dxa"/>
            <w:gridSpan w:val="2"/>
            <w:vAlign w:val="center"/>
          </w:tcPr>
          <w:p w14:paraId="4019A7E8" w14:textId="4510AF1B" w:rsidR="00D964B7" w:rsidRDefault="00000000">
            <w:proofErr w:type="spellStart"/>
            <w:r>
              <w:t>Telefone</w:t>
            </w:r>
            <w:proofErr w:type="spellEnd"/>
            <w:r w:rsidR="001D5595">
              <w:t>(s)/</w:t>
            </w:r>
            <w:proofErr w:type="spellStart"/>
            <w:r w:rsidR="001D5595">
              <w:t>Whatsapp</w:t>
            </w:r>
            <w:proofErr w:type="spellEnd"/>
            <w:r w:rsidR="001D5595">
              <w:t xml:space="preserve">: </w:t>
            </w:r>
            <w:proofErr w:type="gramStart"/>
            <w:r w:rsidR="001D5595">
              <w:t xml:space="preserve">(  </w:t>
            </w:r>
            <w:proofErr w:type="gramEnd"/>
            <w:r w:rsidR="001D5595">
              <w:t xml:space="preserve">   ) </w:t>
            </w:r>
          </w:p>
        </w:tc>
      </w:tr>
      <w:tr w:rsidR="00D964B7" w14:paraId="2BDA876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cantSplit/>
          <w:jc w:val="center"/>
        </w:trPr>
        <w:tc>
          <w:tcPr>
            <w:tcW w:w="9638" w:type="dxa"/>
            <w:shd w:val="clear" w:color="auto" w:fill="E7E7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1776140" w14:textId="77777777" w:rsidR="00D964B7" w:rsidRDefault="00000000">
            <w:pPr>
              <w:spacing w:after="0"/>
            </w:pPr>
            <w:r>
              <w:rPr>
                <w:b/>
                <w:color w:val="1F1F1F"/>
              </w:rPr>
              <w:t>2. DADOS DO PEDIDO</w:t>
            </w:r>
          </w:p>
        </w:tc>
      </w:tr>
    </w:tbl>
    <w:p w14:paraId="798A3CC2" w14:textId="77777777" w:rsidR="00D964B7" w:rsidRDefault="00D964B7">
      <w:pPr>
        <w:spacing w:after="20"/>
      </w:pP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D964B7" w14:paraId="041875F3" w14:textId="77777777">
        <w:trPr>
          <w:cantSplit/>
          <w:jc w:val="center"/>
        </w:trPr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49C85A" w14:textId="77777777" w:rsidR="00D964B7" w:rsidRDefault="00000000">
            <w:pPr>
              <w:spacing w:after="0"/>
            </w:pPr>
            <w:r>
              <w:rPr>
                <w:b/>
                <w:color w:val="222222"/>
                <w:sz w:val="16"/>
              </w:rPr>
              <w:t>Período do impedimento</w:t>
            </w:r>
          </w:p>
        </w:tc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97F17E" w14:textId="77777777" w:rsidR="00D964B7" w:rsidRDefault="00000000">
            <w:pPr>
              <w:spacing w:after="0"/>
            </w:pPr>
            <w:r>
              <w:rPr>
                <w:color w:val="222222"/>
              </w:rPr>
              <w:t>De ____/____/________  a  ____/____/________</w:t>
            </w:r>
          </w:p>
        </w:tc>
      </w:tr>
      <w:tr w:rsidR="00D964B7" w14:paraId="6421D957" w14:textId="77777777">
        <w:trPr>
          <w:cantSplit/>
          <w:jc w:val="center"/>
        </w:trPr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719277" w14:textId="77777777" w:rsidR="00D964B7" w:rsidRDefault="00000000">
            <w:pPr>
              <w:spacing w:after="0"/>
            </w:pPr>
            <w:r>
              <w:rPr>
                <w:b/>
                <w:color w:val="222222"/>
                <w:sz w:val="16"/>
              </w:rPr>
              <w:t>Solicitação apresentada por</w:t>
            </w:r>
          </w:p>
        </w:tc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0CB8FE" w14:textId="77777777" w:rsidR="00D964B7" w:rsidRDefault="00000000">
            <w:pPr>
              <w:spacing w:after="0"/>
            </w:pPr>
            <w:r>
              <w:rPr>
                <w:color w:val="222222"/>
              </w:rPr>
              <w:t>☐ Estudante     ☐ Terceiro(a)</w:t>
            </w:r>
          </w:p>
        </w:tc>
      </w:tr>
      <w:tr w:rsidR="00D964B7" w14:paraId="02CCCD08" w14:textId="77777777">
        <w:trPr>
          <w:cantSplit/>
          <w:jc w:val="center"/>
        </w:trPr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9BBC1F" w14:textId="77777777" w:rsidR="00D964B7" w:rsidRDefault="00000000">
            <w:pPr>
              <w:spacing w:after="0"/>
            </w:pPr>
            <w:r>
              <w:rPr>
                <w:b/>
                <w:color w:val="222222"/>
                <w:sz w:val="16"/>
              </w:rPr>
              <w:t>Se apresentada por terceiro(a)</w:t>
            </w:r>
          </w:p>
        </w:tc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8C98C0" w14:textId="77777777" w:rsidR="00D964B7" w:rsidRDefault="00000000">
            <w:pPr>
              <w:spacing w:after="0"/>
            </w:pPr>
            <w:r>
              <w:rPr>
                <w:color w:val="222222"/>
                <w:sz w:val="17"/>
              </w:rPr>
              <w:t>Nome: __________________________________________</w:t>
            </w:r>
            <w:r>
              <w:rPr>
                <w:color w:val="222222"/>
                <w:sz w:val="17"/>
              </w:rPr>
              <w:br/>
              <w:t>Contato: ________________________________________</w:t>
            </w:r>
          </w:p>
        </w:tc>
      </w:tr>
    </w:tbl>
    <w:p w14:paraId="05E24B3B" w14:textId="77777777" w:rsidR="00D964B7" w:rsidRDefault="00000000">
      <w:pPr>
        <w:spacing w:before="60"/>
      </w:pPr>
      <w:r>
        <w:rPr>
          <w:b/>
        </w:rPr>
        <w:t>Disciplinas para as quais solicita atendimento domiciliar:</w:t>
      </w: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  <w:gridCol w:w="10"/>
      </w:tblGrid>
      <w:tr w:rsidR="00D964B7" w14:paraId="10257E42" w14:textId="77777777">
        <w:trPr>
          <w:cantSplit/>
          <w:jc w:val="center"/>
        </w:trPr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6CC710" w14:textId="77777777" w:rsidR="00D964B7" w:rsidRDefault="00000000">
            <w:pPr>
              <w:spacing w:after="0"/>
            </w:pPr>
            <w:r>
              <w:rPr>
                <w:b/>
                <w:color w:val="222222"/>
                <w:sz w:val="16"/>
              </w:rPr>
              <w:t>1.</w:t>
            </w:r>
          </w:p>
        </w:tc>
        <w:tc>
          <w:tcPr>
            <w:tcW w:w="481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1D9D39" w14:textId="77777777" w:rsidR="00D964B7" w:rsidRDefault="00D964B7">
            <w:pPr>
              <w:spacing w:after="0"/>
            </w:pPr>
          </w:p>
        </w:tc>
      </w:tr>
      <w:tr w:rsidR="00D964B7" w14:paraId="1E5B9C8E" w14:textId="77777777">
        <w:trPr>
          <w:cantSplit/>
          <w:jc w:val="center"/>
        </w:trPr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6968B2" w14:textId="77777777" w:rsidR="00D964B7" w:rsidRDefault="00000000">
            <w:pPr>
              <w:spacing w:after="0"/>
            </w:pPr>
            <w:r>
              <w:rPr>
                <w:b/>
                <w:color w:val="222222"/>
                <w:sz w:val="16"/>
              </w:rPr>
              <w:t>2.</w:t>
            </w:r>
          </w:p>
        </w:tc>
        <w:tc>
          <w:tcPr>
            <w:tcW w:w="481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E2296A" w14:textId="77777777" w:rsidR="00D964B7" w:rsidRDefault="00D964B7">
            <w:pPr>
              <w:spacing w:after="0"/>
            </w:pPr>
          </w:p>
        </w:tc>
      </w:tr>
      <w:tr w:rsidR="00D964B7" w14:paraId="594BDD5C" w14:textId="77777777">
        <w:trPr>
          <w:cantSplit/>
          <w:jc w:val="center"/>
        </w:trPr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91AD48" w14:textId="77777777" w:rsidR="00D964B7" w:rsidRDefault="00000000">
            <w:pPr>
              <w:spacing w:after="0"/>
            </w:pPr>
            <w:r>
              <w:rPr>
                <w:b/>
                <w:color w:val="222222"/>
                <w:sz w:val="16"/>
              </w:rPr>
              <w:t>3.</w:t>
            </w:r>
          </w:p>
        </w:tc>
        <w:tc>
          <w:tcPr>
            <w:tcW w:w="481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B177C0" w14:textId="77777777" w:rsidR="00D964B7" w:rsidRDefault="00D964B7">
            <w:pPr>
              <w:spacing w:after="0"/>
            </w:pPr>
          </w:p>
        </w:tc>
      </w:tr>
      <w:tr w:rsidR="00D964B7" w14:paraId="0FEB100E" w14:textId="77777777">
        <w:trPr>
          <w:cantSplit/>
          <w:jc w:val="center"/>
        </w:trPr>
        <w:tc>
          <w:tcPr>
            <w:tcW w:w="48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77FFBE" w14:textId="77777777" w:rsidR="00D964B7" w:rsidRDefault="00000000">
            <w:pPr>
              <w:spacing w:after="0"/>
            </w:pPr>
            <w:r>
              <w:rPr>
                <w:b/>
                <w:color w:val="222222"/>
                <w:sz w:val="16"/>
              </w:rPr>
              <w:t>4.</w:t>
            </w:r>
          </w:p>
        </w:tc>
        <w:tc>
          <w:tcPr>
            <w:tcW w:w="4819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9AF662" w14:textId="77777777" w:rsidR="00D964B7" w:rsidRDefault="00D964B7">
            <w:pPr>
              <w:spacing w:after="0"/>
            </w:pPr>
          </w:p>
        </w:tc>
      </w:tr>
      <w:tr w:rsidR="00D964B7" w14:paraId="1D88C23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cantSplit/>
          <w:jc w:val="center"/>
        </w:trPr>
        <w:tc>
          <w:tcPr>
            <w:tcW w:w="9638" w:type="dxa"/>
            <w:gridSpan w:val="2"/>
            <w:shd w:val="clear" w:color="auto" w:fill="E7E7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7D3A5B4" w14:textId="77777777" w:rsidR="00D964B7" w:rsidRDefault="00000000">
            <w:pPr>
              <w:spacing w:after="0"/>
            </w:pPr>
            <w:r>
              <w:rPr>
                <w:b/>
                <w:color w:val="1F1F1F"/>
              </w:rPr>
              <w:t>3. DOCUMENTAÇÃO COMPROBATÓRIA</w:t>
            </w:r>
          </w:p>
        </w:tc>
      </w:tr>
    </w:tbl>
    <w:p w14:paraId="228F4099" w14:textId="77777777" w:rsidR="00D964B7" w:rsidRDefault="00D964B7">
      <w:pPr>
        <w:spacing w:after="20"/>
      </w:pPr>
    </w:p>
    <w:p w14:paraId="6CAE0326" w14:textId="77777777" w:rsidR="00D964B7" w:rsidRDefault="00000000">
      <w:r>
        <w:t>Anexe o documento correspondente à situação que fundamenta o pedido:</w:t>
      </w:r>
    </w:p>
    <w:tbl>
      <w:tblPr>
        <w:tblW w:w="0" w:type="auto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ook w:val="04A0" w:firstRow="1" w:lastRow="0" w:firstColumn="1" w:lastColumn="0" w:noHBand="0" w:noVBand="1"/>
      </w:tblPr>
      <w:tblGrid>
        <w:gridCol w:w="9616"/>
        <w:gridCol w:w="10"/>
      </w:tblGrid>
      <w:tr w:rsidR="00D964B7" w14:paraId="3DD988FA" w14:textId="77777777">
        <w:trPr>
          <w:cantSplit/>
          <w:jc w:val="center"/>
        </w:trPr>
        <w:tc>
          <w:tcPr>
            <w:tcW w:w="963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BBB347" w14:textId="77777777" w:rsidR="00D964B7" w:rsidRDefault="00000000">
            <w:pPr>
              <w:spacing w:after="0"/>
            </w:pPr>
            <w:r>
              <w:rPr>
                <w:color w:val="222222"/>
                <w:sz w:val="17"/>
              </w:rPr>
              <w:t>☐ Atestado médico, com indicação expressa das datas de início e término do impedimento.</w:t>
            </w:r>
          </w:p>
        </w:tc>
      </w:tr>
      <w:tr w:rsidR="00D964B7" w14:paraId="175B47BB" w14:textId="77777777">
        <w:trPr>
          <w:cantSplit/>
          <w:jc w:val="center"/>
        </w:trPr>
        <w:tc>
          <w:tcPr>
            <w:tcW w:w="963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68C505" w14:textId="77777777" w:rsidR="00D964B7" w:rsidRDefault="00000000">
            <w:pPr>
              <w:spacing w:after="0"/>
            </w:pPr>
            <w:r>
              <w:rPr>
                <w:color w:val="222222"/>
                <w:sz w:val="17"/>
              </w:rPr>
              <w:t>☐ Documento comprobatório de licença-maternidade.</w:t>
            </w:r>
          </w:p>
        </w:tc>
      </w:tr>
      <w:tr w:rsidR="00D964B7" w14:paraId="38F7905C" w14:textId="77777777">
        <w:trPr>
          <w:cantSplit/>
          <w:jc w:val="center"/>
        </w:trPr>
        <w:tc>
          <w:tcPr>
            <w:tcW w:w="9638" w:type="dxa"/>
            <w:gridSpan w:val="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B8E87" w14:textId="77777777" w:rsidR="00D964B7" w:rsidRDefault="00000000">
            <w:pPr>
              <w:spacing w:after="0"/>
            </w:pPr>
            <w:r>
              <w:rPr>
                <w:color w:val="222222"/>
                <w:sz w:val="17"/>
              </w:rPr>
              <w:t>☐ Atestado médico ou declaração de profissional de saúde habilitado, quando cabível nos termos da Resolução.</w:t>
            </w:r>
          </w:p>
        </w:tc>
      </w:tr>
      <w:tr w:rsidR="00D964B7" w14:paraId="54B2250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cantSplit/>
          <w:jc w:val="center"/>
        </w:trPr>
        <w:tc>
          <w:tcPr>
            <w:tcW w:w="9638" w:type="dxa"/>
            <w:shd w:val="clear" w:color="auto" w:fill="E7E7E7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C69DF8F" w14:textId="77777777" w:rsidR="00D964B7" w:rsidRDefault="00000000">
            <w:pPr>
              <w:spacing w:after="0"/>
            </w:pPr>
            <w:r>
              <w:rPr>
                <w:b/>
                <w:color w:val="1F1F1F"/>
              </w:rPr>
              <w:t>4. DECLARAÇÃO E CIÊNCIA</w:t>
            </w:r>
          </w:p>
        </w:tc>
      </w:tr>
    </w:tbl>
    <w:p w14:paraId="51433A3C" w14:textId="77777777" w:rsidR="00D964B7" w:rsidRDefault="00D964B7">
      <w:pPr>
        <w:spacing w:after="20"/>
      </w:pPr>
    </w:p>
    <w:p w14:paraId="1B1DEE95" w14:textId="77777777" w:rsidR="00D964B7" w:rsidRDefault="00000000">
      <w:pPr>
        <w:spacing w:after="40"/>
        <w:jc w:val="both"/>
        <w:rPr>
          <w:sz w:val="17"/>
        </w:rPr>
      </w:pPr>
      <w:r>
        <w:rPr>
          <w:sz w:val="17"/>
        </w:rPr>
        <w:t xml:space="preserve">Declaro que as informações prestadas são verdadeiras e solicito a concessão do Regime Especial de Atendimento Domiciliar Temporário nas disciplinas acima indicadas. Estou ciente de que o pedido será analisado nos termos da Resolução nº 002/2019 - CONSEPE e alterações vigentes, e que a concessão depende da possibilidade de aplicação do plano de </w:t>
      </w:r>
      <w:proofErr w:type="spellStart"/>
      <w:r>
        <w:rPr>
          <w:sz w:val="17"/>
        </w:rPr>
        <w:t>estudos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cada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disciplina</w:t>
      </w:r>
      <w:proofErr w:type="spellEnd"/>
      <w:r>
        <w:rPr>
          <w:sz w:val="17"/>
        </w:rPr>
        <w:t>.</w:t>
      </w:r>
    </w:p>
    <w:p w14:paraId="0EEC65F9" w14:textId="77777777" w:rsidR="001D5595" w:rsidRDefault="001D5595">
      <w:pPr>
        <w:spacing w:after="40"/>
        <w:jc w:val="both"/>
        <w:rPr>
          <w:sz w:val="17"/>
        </w:rPr>
      </w:pPr>
    </w:p>
    <w:p w14:paraId="0002FD22" w14:textId="49002B98" w:rsidR="001D5595" w:rsidRDefault="001D5595">
      <w:pPr>
        <w:spacing w:after="40"/>
        <w:jc w:val="both"/>
        <w:rPr>
          <w:sz w:val="17"/>
        </w:rPr>
      </w:pPr>
      <w:proofErr w:type="spellStart"/>
      <w:r>
        <w:rPr>
          <w:sz w:val="17"/>
        </w:rPr>
        <w:t>Ibirama</w:t>
      </w:r>
      <w:proofErr w:type="spellEnd"/>
      <w:r>
        <w:rPr>
          <w:sz w:val="17"/>
        </w:rPr>
        <w:t>, ____/____/_______.</w:t>
      </w:r>
    </w:p>
    <w:p w14:paraId="44F5A612" w14:textId="4F424092" w:rsidR="001D5595" w:rsidRDefault="001D5595">
      <w:pPr>
        <w:spacing w:after="40"/>
        <w:jc w:val="both"/>
        <w:rPr>
          <w:sz w:val="17"/>
        </w:rPr>
      </w:pPr>
      <w:r>
        <w:rPr>
          <w:sz w:val="17"/>
        </w:rPr>
        <w:t xml:space="preserve">                </w:t>
      </w:r>
    </w:p>
    <w:p w14:paraId="1B35730C" w14:textId="23C2150E" w:rsidR="001D5595" w:rsidRDefault="001D5595" w:rsidP="001D5595">
      <w:pPr>
        <w:spacing w:after="40"/>
        <w:jc w:val="center"/>
        <w:rPr>
          <w:sz w:val="17"/>
        </w:rPr>
      </w:pPr>
      <w:proofErr w:type="spellStart"/>
      <w:r>
        <w:rPr>
          <w:sz w:val="17"/>
        </w:rPr>
        <w:t>Assinatura</w:t>
      </w:r>
      <w:proofErr w:type="spellEnd"/>
      <w:r>
        <w:rPr>
          <w:sz w:val="17"/>
        </w:rPr>
        <w:t xml:space="preserve"> do(a) </w:t>
      </w:r>
      <w:proofErr w:type="spellStart"/>
      <w:r>
        <w:rPr>
          <w:sz w:val="17"/>
        </w:rPr>
        <w:t>requerente</w:t>
      </w:r>
      <w:proofErr w:type="spellEnd"/>
    </w:p>
    <w:p w14:paraId="05AE69F8" w14:textId="47353150" w:rsidR="00D964B7" w:rsidRDefault="001D5595" w:rsidP="00C2085E">
      <w:pPr>
        <w:spacing w:after="40"/>
        <w:jc w:val="center"/>
      </w:pPr>
      <w:r>
        <w:rPr>
          <w:sz w:val="17"/>
        </w:rPr>
        <w:t>(Plataforma Gov.br)</w:t>
      </w:r>
    </w:p>
    <w:sectPr w:rsidR="00D964B7" w:rsidSect="00034616">
      <w:headerReference w:type="default" r:id="rId8"/>
      <w:footerReference w:type="default" r:id="rId9"/>
      <w:pgSz w:w="11906" w:h="16838"/>
      <w:pgMar w:top="1701" w:right="1134" w:bottom="1020" w:left="1134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57741" w14:textId="77777777" w:rsidR="00FE6504" w:rsidRDefault="00FE6504">
      <w:pPr>
        <w:spacing w:after="0" w:line="240" w:lineRule="auto"/>
      </w:pPr>
      <w:r>
        <w:separator/>
      </w:r>
    </w:p>
  </w:endnote>
  <w:endnote w:type="continuationSeparator" w:id="0">
    <w:p w14:paraId="09111D8F" w14:textId="77777777" w:rsidR="00FE6504" w:rsidRDefault="00FE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7729B" w14:textId="77777777" w:rsidR="00D964B7" w:rsidRDefault="00000000">
    <w:pPr>
      <w:pStyle w:val="Rodap"/>
      <w:jc w:val="center"/>
    </w:pPr>
    <w:r>
      <w:rPr>
        <w:b/>
        <w:sz w:val="15"/>
      </w:rPr>
      <w:t>Centro de Educação Superior do Alto Vale do Itajaí - CEAVI | Secretaria de Ensino de Graduação</w:t>
    </w:r>
  </w:p>
  <w:p w14:paraId="79D45E4D" w14:textId="77777777" w:rsidR="00D964B7" w:rsidRDefault="00000000">
    <w:pPr>
      <w:spacing w:after="0"/>
      <w:jc w:val="center"/>
    </w:pPr>
    <w:r>
      <w:rPr>
        <w:sz w:val="15"/>
      </w:rPr>
      <w:t>Rua Dr. Getúlio Vargas, 2822 - Bela Vista - Ibirama/SC - CEP 89140-000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07533" w14:textId="77777777" w:rsidR="00FE6504" w:rsidRDefault="00FE6504">
      <w:pPr>
        <w:spacing w:after="0" w:line="240" w:lineRule="auto"/>
      </w:pPr>
      <w:r>
        <w:separator/>
      </w:r>
    </w:p>
  </w:footnote>
  <w:footnote w:type="continuationSeparator" w:id="0">
    <w:p w14:paraId="38E8FFE7" w14:textId="77777777" w:rsidR="00FE6504" w:rsidRDefault="00FE6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5C6AF" w14:textId="77777777" w:rsidR="00D964B7" w:rsidRDefault="00000000">
    <w:pPr>
      <w:pStyle w:val="Cabealho"/>
    </w:pPr>
    <w:r>
      <w:rPr>
        <w:noProof/>
      </w:rPr>
      <w:drawing>
        <wp:inline distT="0" distB="0" distL="0" distR="0" wp14:anchorId="01851C0B" wp14:editId="6A9173C9">
          <wp:extent cx="3888000" cy="691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esc_header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88000" cy="69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3653800">
    <w:abstractNumId w:val="8"/>
  </w:num>
  <w:num w:numId="2" w16cid:durableId="335692778">
    <w:abstractNumId w:val="6"/>
  </w:num>
  <w:num w:numId="3" w16cid:durableId="1658146953">
    <w:abstractNumId w:val="5"/>
  </w:num>
  <w:num w:numId="4" w16cid:durableId="33969641">
    <w:abstractNumId w:val="4"/>
  </w:num>
  <w:num w:numId="5" w16cid:durableId="1602371409">
    <w:abstractNumId w:val="7"/>
  </w:num>
  <w:num w:numId="6" w16cid:durableId="604650362">
    <w:abstractNumId w:val="3"/>
  </w:num>
  <w:num w:numId="7" w16cid:durableId="1501894877">
    <w:abstractNumId w:val="2"/>
  </w:num>
  <w:num w:numId="8" w16cid:durableId="2107772059">
    <w:abstractNumId w:val="1"/>
  </w:num>
  <w:num w:numId="9" w16cid:durableId="1870219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5595"/>
    <w:rsid w:val="0029639D"/>
    <w:rsid w:val="00326F90"/>
    <w:rsid w:val="00AA1D8D"/>
    <w:rsid w:val="00B47730"/>
    <w:rsid w:val="00B8719C"/>
    <w:rsid w:val="00C2085E"/>
    <w:rsid w:val="00CB0664"/>
    <w:rsid w:val="00D964B7"/>
    <w:rsid w:val="00FC693F"/>
    <w:rsid w:val="00FE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FE1B25"/>
  <w14:defaultImageDpi w14:val="300"/>
  <w15:docId w15:val="{8230F25E-240B-48EB-AE62-9A63D3A6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Verdana" w:hAnsi="Verdana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VANESSA CARLA DO LIVRAMENTO</cp:lastModifiedBy>
  <cp:revision>2</cp:revision>
  <cp:lastPrinted>2026-08-11T19:45:00Z</cp:lastPrinted>
  <dcterms:created xsi:type="dcterms:W3CDTF">2026-08-11T19:48:00Z</dcterms:created>
  <dcterms:modified xsi:type="dcterms:W3CDTF">2026-08-11T19:48:00Z</dcterms:modified>
  <cp:category/>
</cp:coreProperties>
</file>