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0EDDC" w14:textId="4D4F726E" w:rsidR="00AA7CA7" w:rsidRPr="00AA7CA7" w:rsidRDefault="00AA7CA7" w:rsidP="00AA7CA7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AA7CA7">
        <w:rPr>
          <w:rFonts w:ascii="Arial" w:hAnsi="Arial" w:cs="Arial"/>
          <w:b/>
          <w:bCs/>
          <w:sz w:val="25"/>
          <w:szCs w:val="25"/>
        </w:rPr>
        <w:t xml:space="preserve">Edital UDESC CEFID No. </w:t>
      </w:r>
      <w:r w:rsidR="00ED7F7F">
        <w:rPr>
          <w:rFonts w:ascii="Arial" w:hAnsi="Arial" w:cs="Arial"/>
          <w:b/>
          <w:bCs/>
          <w:sz w:val="25"/>
          <w:szCs w:val="25"/>
        </w:rPr>
        <w:t>39/2025</w:t>
      </w:r>
      <w:bookmarkStart w:id="0" w:name="_GoBack"/>
      <w:bookmarkEnd w:id="0"/>
      <w:r w:rsidRPr="00AA7CA7">
        <w:rPr>
          <w:rFonts w:ascii="Arial" w:hAnsi="Arial" w:cs="Arial"/>
          <w:b/>
          <w:bCs/>
          <w:sz w:val="25"/>
          <w:szCs w:val="25"/>
        </w:rPr>
        <w:br/>
        <w:t>Processo Seletivo - Mestrado/Doutorado em Fisioterapia</w:t>
      </w:r>
    </w:p>
    <w:p w14:paraId="16C2743F" w14:textId="681EF448" w:rsidR="00E54EEC" w:rsidRPr="00AA7CA7" w:rsidRDefault="00477CC1" w:rsidP="00AA7CA7">
      <w:pPr>
        <w:pStyle w:val="Ttulo1"/>
        <w:jc w:val="center"/>
        <w:rPr>
          <w:rFonts w:ascii="Arial" w:hAnsi="Arial" w:cs="Arial"/>
          <w:color w:val="auto"/>
          <w:sz w:val="25"/>
          <w:szCs w:val="25"/>
        </w:rPr>
      </w:pPr>
      <w:r>
        <w:rPr>
          <w:rFonts w:ascii="Arial" w:hAnsi="Arial" w:cs="Arial"/>
          <w:color w:val="auto"/>
          <w:sz w:val="25"/>
          <w:szCs w:val="25"/>
        </w:rPr>
        <w:t xml:space="preserve"> ANEXO </w:t>
      </w:r>
      <w:r w:rsidR="00530724">
        <w:rPr>
          <w:rFonts w:ascii="Arial" w:hAnsi="Arial" w:cs="Arial"/>
          <w:color w:val="auto"/>
          <w:sz w:val="25"/>
          <w:szCs w:val="25"/>
        </w:rPr>
        <w:t>E</w:t>
      </w:r>
      <w:r>
        <w:rPr>
          <w:rFonts w:ascii="Arial" w:hAnsi="Arial" w:cs="Arial"/>
          <w:color w:val="auto"/>
          <w:sz w:val="25"/>
          <w:szCs w:val="25"/>
        </w:rPr>
        <w:t xml:space="preserve"> - </w:t>
      </w:r>
      <w:r w:rsidR="00597732" w:rsidRPr="00AA7CA7">
        <w:rPr>
          <w:rFonts w:ascii="Arial" w:hAnsi="Arial" w:cs="Arial"/>
          <w:color w:val="auto"/>
          <w:sz w:val="25"/>
          <w:szCs w:val="25"/>
        </w:rPr>
        <w:t>Formulário de Manifestação de Interesse para Orientação de Candidato</w:t>
      </w:r>
    </w:p>
    <w:p w14:paraId="593F0362" w14:textId="77777777" w:rsidR="00AA7CA7" w:rsidRPr="00AA7CA7" w:rsidRDefault="00AA7CA7">
      <w:pPr>
        <w:rPr>
          <w:rFonts w:ascii="Arial" w:hAnsi="Arial" w:cs="Arial"/>
          <w:sz w:val="25"/>
          <w:szCs w:val="25"/>
        </w:rPr>
      </w:pPr>
    </w:p>
    <w:p w14:paraId="39F0B9DE" w14:textId="77777777" w:rsidR="00E54EEC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Dados do Docente:</w:t>
      </w:r>
    </w:p>
    <w:p w14:paraId="370378B3" w14:textId="77777777" w:rsidR="00AA7CA7" w:rsidRPr="00AA7CA7" w:rsidRDefault="00AA7CA7" w:rsidP="00AA7CA7">
      <w:pPr>
        <w:jc w:val="both"/>
      </w:pPr>
    </w:p>
    <w:p w14:paraId="63173EA8" w14:textId="216E9050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Nome Completo:</w:t>
      </w:r>
    </w:p>
    <w:p w14:paraId="0DCB980A" w14:textId="7A7D2EEC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E-mail Institucional:</w:t>
      </w:r>
    </w:p>
    <w:p w14:paraId="5694656A" w14:textId="585CDB76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Linha de Pesquisa:</w:t>
      </w:r>
    </w:p>
    <w:p w14:paraId="16036CAD" w14:textId="14B10457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Vaga Disponível (Mestrado/Doutorado):</w:t>
      </w:r>
      <w:r w:rsidR="00AA7CA7" w:rsidRPr="00AA7CA7">
        <w:rPr>
          <w:rFonts w:ascii="Arial" w:hAnsi="Arial" w:cs="Arial"/>
          <w:sz w:val="25"/>
          <w:szCs w:val="25"/>
        </w:rPr>
        <w:t xml:space="preserve"> </w:t>
      </w:r>
    </w:p>
    <w:p w14:paraId="1C6CE22C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Dados do Candidato:</w:t>
      </w:r>
    </w:p>
    <w:p w14:paraId="011A6E14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182D63BD" w14:textId="737F98EB" w:rsidR="00E54EEC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Nome Completo do Candidato:</w:t>
      </w:r>
    </w:p>
    <w:p w14:paraId="3825485A" w14:textId="360B842B" w:rsidR="00AA7CA7" w:rsidRP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Pontuação Geral do Candidato: </w:t>
      </w:r>
    </w:p>
    <w:p w14:paraId="22BB323E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Justificativa para o Interesse na Orientação:</w:t>
      </w:r>
    </w:p>
    <w:p w14:paraId="44425E36" w14:textId="77777777" w:rsidR="00AA7CA7" w:rsidRP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028344A0" w14:textId="5B5418A5" w:rsidR="00E54EEC" w:rsidRPr="00AA7CA7" w:rsidRDefault="00597732" w:rsidP="00AA7CA7">
      <w:pPr>
        <w:jc w:val="both"/>
        <w:rPr>
          <w:rFonts w:ascii="Arial" w:hAnsi="Arial" w:cs="Arial"/>
          <w:i/>
          <w:iCs/>
          <w:sz w:val="25"/>
          <w:szCs w:val="25"/>
        </w:rPr>
      </w:pPr>
      <w:r w:rsidRPr="00AA7CA7">
        <w:rPr>
          <w:rFonts w:ascii="Arial" w:hAnsi="Arial" w:cs="Arial"/>
          <w:i/>
          <w:iCs/>
          <w:sz w:val="25"/>
          <w:szCs w:val="25"/>
        </w:rPr>
        <w:t>Explique brevemente por que você está manifestando interesse em orientar este candidato, mencionando a relação do projeto de pesquisa dele com sua linha de pesquisa e temas atuais de interesse.</w:t>
      </w:r>
    </w:p>
    <w:p w14:paraId="00EC6846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Declaração de Compromisso:</w:t>
      </w:r>
    </w:p>
    <w:p w14:paraId="0868F71D" w14:textId="608C18B6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 xml:space="preserve">Declaro que estou ciente das responsabilidades do cargo de orientador e que, caso esta solicitação seja </w:t>
      </w:r>
      <w:r w:rsidR="00AA7CA7">
        <w:rPr>
          <w:rFonts w:ascii="Arial" w:hAnsi="Arial" w:cs="Arial"/>
          <w:sz w:val="25"/>
          <w:szCs w:val="25"/>
        </w:rPr>
        <w:t>efetivada</w:t>
      </w:r>
      <w:r w:rsidRPr="00AA7CA7">
        <w:rPr>
          <w:rFonts w:ascii="Arial" w:hAnsi="Arial" w:cs="Arial"/>
          <w:sz w:val="25"/>
          <w:szCs w:val="25"/>
        </w:rPr>
        <w:t xml:space="preserve">, comprometo-me a orientar o referido candidato durante o curso de </w:t>
      </w:r>
      <w:r w:rsidR="00AA7CA7">
        <w:rPr>
          <w:rFonts w:ascii="Arial" w:hAnsi="Arial" w:cs="Arial"/>
          <w:sz w:val="25"/>
          <w:szCs w:val="25"/>
        </w:rPr>
        <w:t>____________</w:t>
      </w:r>
      <w:r w:rsidRPr="00AA7CA7">
        <w:rPr>
          <w:rFonts w:ascii="Arial" w:hAnsi="Arial" w:cs="Arial"/>
          <w:sz w:val="25"/>
          <w:szCs w:val="25"/>
        </w:rPr>
        <w:t xml:space="preserve"> em Fisioterapia, conforme as normas do programa.</w:t>
      </w:r>
    </w:p>
    <w:p w14:paraId="32DD47FB" w14:textId="77777777" w:rsidR="00C13727" w:rsidRDefault="00C13727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</w:p>
    <w:p w14:paraId="3D1E356B" w14:textId="77777777" w:rsidR="00C13727" w:rsidRDefault="00C13727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</w:p>
    <w:p w14:paraId="59F39476" w14:textId="6E1F2D6A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Assinatura:</w:t>
      </w:r>
    </w:p>
    <w:p w14:paraId="2DDE7F8D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70935AF1" w14:textId="1BB5F0AB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Local e data:</w:t>
      </w:r>
    </w:p>
    <w:p w14:paraId="51E048CD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6014B4DA" w14:textId="677014F1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Assinatura</w:t>
      </w:r>
      <w:r w:rsidR="00AA7CA7">
        <w:rPr>
          <w:rFonts w:ascii="Arial" w:hAnsi="Arial" w:cs="Arial"/>
          <w:sz w:val="25"/>
          <w:szCs w:val="25"/>
        </w:rPr>
        <w:t>/Certificado</w:t>
      </w:r>
      <w:r w:rsidRPr="00AA7CA7">
        <w:rPr>
          <w:rFonts w:ascii="Arial" w:hAnsi="Arial" w:cs="Arial"/>
          <w:sz w:val="25"/>
          <w:szCs w:val="25"/>
        </w:rPr>
        <w:t xml:space="preserve"> </w:t>
      </w:r>
      <w:r w:rsidR="00AA7CA7">
        <w:rPr>
          <w:rFonts w:ascii="Arial" w:hAnsi="Arial" w:cs="Arial"/>
          <w:sz w:val="25"/>
          <w:szCs w:val="25"/>
        </w:rPr>
        <w:t xml:space="preserve">Digital do Docente e do Candidato: </w:t>
      </w:r>
    </w:p>
    <w:sectPr w:rsidR="00E54EEC" w:rsidRPr="00AA7CA7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D0550" w14:textId="77777777" w:rsidR="00BD3AD7" w:rsidRDefault="00BD3AD7" w:rsidP="00AA7CA7">
      <w:pPr>
        <w:spacing w:after="0" w:line="240" w:lineRule="auto"/>
      </w:pPr>
      <w:r>
        <w:separator/>
      </w:r>
    </w:p>
  </w:endnote>
  <w:endnote w:type="continuationSeparator" w:id="0">
    <w:p w14:paraId="12286E82" w14:textId="77777777" w:rsidR="00BD3AD7" w:rsidRDefault="00BD3AD7" w:rsidP="00AA7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EE1DF" w14:textId="77777777" w:rsidR="00BD3AD7" w:rsidRDefault="00BD3AD7" w:rsidP="00AA7CA7">
      <w:pPr>
        <w:spacing w:after="0" w:line="240" w:lineRule="auto"/>
      </w:pPr>
      <w:r>
        <w:separator/>
      </w:r>
    </w:p>
  </w:footnote>
  <w:footnote w:type="continuationSeparator" w:id="0">
    <w:p w14:paraId="2E182CF0" w14:textId="77777777" w:rsidR="00BD3AD7" w:rsidRDefault="00BD3AD7" w:rsidP="00AA7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1D117" w14:textId="7122B689" w:rsidR="00AA7CA7" w:rsidRPr="00AA7CA7" w:rsidRDefault="00AA7CA7" w:rsidP="00AA7CA7">
    <w:pPr>
      <w:pStyle w:val="Cabealho"/>
      <w:rPr>
        <w:lang w:val="pt-PT"/>
      </w:rPr>
    </w:pPr>
    <w:bookmarkStart w:id="1" w:name="_Hlk167094657"/>
    <w:bookmarkStart w:id="2" w:name="_Hlk167094658"/>
    <w:bookmarkStart w:id="3" w:name="_Hlk167094659"/>
    <w:bookmarkStart w:id="4" w:name="_Hlk167094660"/>
    <w:r w:rsidRPr="00AA7CA7">
      <w:rPr>
        <w:lang w:val="pt-PT"/>
      </w:rPr>
      <w:t xml:space="preserve">                             </w:t>
    </w:r>
    <w:bookmarkEnd w:id="1"/>
    <w:bookmarkEnd w:id="2"/>
    <w:bookmarkEnd w:id="3"/>
    <w:bookmarkEnd w:id="4"/>
    <w:r w:rsidR="002918FA" w:rsidRPr="002918FA">
      <w:rPr>
        <w:noProof/>
        <w:lang w:eastAsia="pt-BR"/>
      </w:rPr>
      <w:drawing>
        <wp:inline distT="0" distB="0" distL="0" distR="0" wp14:anchorId="3DB172A5" wp14:editId="56799BF1">
          <wp:extent cx="5486400" cy="1078114"/>
          <wp:effectExtent l="0" t="0" r="0" b="8255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078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082787" w14:textId="77777777" w:rsidR="00AA7CA7" w:rsidRDefault="00AA7C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752A4"/>
    <w:rsid w:val="002918FA"/>
    <w:rsid w:val="0029639D"/>
    <w:rsid w:val="00326F90"/>
    <w:rsid w:val="00477CC1"/>
    <w:rsid w:val="00530724"/>
    <w:rsid w:val="00597732"/>
    <w:rsid w:val="005E6278"/>
    <w:rsid w:val="00AA1D8D"/>
    <w:rsid w:val="00AA7CA7"/>
    <w:rsid w:val="00B47730"/>
    <w:rsid w:val="00B705F3"/>
    <w:rsid w:val="00BD3AD7"/>
    <w:rsid w:val="00C13727"/>
    <w:rsid w:val="00CB0664"/>
    <w:rsid w:val="00E54EEC"/>
    <w:rsid w:val="00ED7F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F29994"/>
  <w14:defaultImageDpi w14:val="300"/>
  <w15:docId w15:val="{D4C81D30-9431-4133-8707-8DFB1ECB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A7015B-5F6D-4531-ACA5-CD2C9C841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MARGARETH PORTELA</cp:lastModifiedBy>
  <cp:revision>7</cp:revision>
  <dcterms:created xsi:type="dcterms:W3CDTF">2024-10-02T16:01:00Z</dcterms:created>
  <dcterms:modified xsi:type="dcterms:W3CDTF">2025-10-15T14:25:00Z</dcterms:modified>
  <cp:category/>
</cp:coreProperties>
</file>