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FB0FD" w14:textId="77777777" w:rsidR="00426FA8" w:rsidRPr="008A7DCE" w:rsidRDefault="008F4636">
      <w:pPr>
        <w:pStyle w:val="Ttulo1"/>
        <w:spacing w:before="320" w:after="160"/>
      </w:pPr>
      <w:r w:rsidRPr="008A7DCE">
        <w:rPr>
          <w:rFonts w:ascii="Arial" w:eastAsia="Arial" w:hAnsi="Arial" w:cs="Arial"/>
          <w:b/>
          <w:bCs/>
          <w:color w:val="1F3864"/>
          <w:sz w:val="24"/>
          <w:szCs w:val="24"/>
        </w:rPr>
        <w:lastRenderedPageBreak/>
        <w:t>ANEXO II — FICHA DE INSCRIÇÃO</w:t>
      </w:r>
    </w:p>
    <w:p w14:paraId="63859F38" w14:textId="77777777" w:rsidR="00426FA8" w:rsidRPr="008A7DCE" w:rsidRDefault="008F4636">
      <w:pPr>
        <w:spacing w:after="160" w:line="276" w:lineRule="auto"/>
        <w:jc w:val="both"/>
      </w:pPr>
      <w:r w:rsidRPr="008A7DCE">
        <w:rPr>
          <w:rFonts w:ascii="Arial" w:eastAsia="Arial" w:hAnsi="Arial" w:cs="Arial"/>
          <w:i/>
          <w:iCs/>
          <w:sz w:val="22"/>
          <w:szCs w:val="22"/>
        </w:rPr>
        <w:t>Chamada Interna PPGFT Nº 001/2026/PPGFT/CEFID/UDESC — Auxílio PROMOVE para Participação Discente em Eventos Científicos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350"/>
      </w:tblGrid>
      <w:tr w:rsidR="00426FA8" w:rsidRPr="008A7DCE" w14:paraId="5BC9E6CA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3A01DC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Nome do(a) discente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661896" w14:textId="77777777" w:rsidR="00426FA8" w:rsidRPr="008A7DCE" w:rsidRDefault="00426FA8"/>
        </w:tc>
      </w:tr>
      <w:tr w:rsidR="00426FA8" w:rsidRPr="008A7DCE" w14:paraId="2C77EBAD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A7CB57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Matrícula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30C164" w14:textId="77777777" w:rsidR="00426FA8" w:rsidRPr="008A7DCE" w:rsidRDefault="00426FA8"/>
        </w:tc>
      </w:tr>
      <w:tr w:rsidR="00426FA8" w:rsidRPr="008A7DCE" w14:paraId="11203F2B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99173B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Nível (Mestrado / Doutorado)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1CDB91" w14:textId="77777777" w:rsidR="00426FA8" w:rsidRPr="008A7DCE" w:rsidRDefault="00426FA8"/>
        </w:tc>
      </w:tr>
      <w:tr w:rsidR="00426FA8" w:rsidRPr="008A7DCE" w14:paraId="7E58A7FF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2400E8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Modalidade (Acadêmica / Profissional)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43852C" w14:textId="77777777" w:rsidR="00426FA8" w:rsidRPr="008A7DCE" w:rsidRDefault="00426FA8"/>
        </w:tc>
      </w:tr>
      <w:tr w:rsidR="00426FA8" w:rsidRPr="008A7DCE" w14:paraId="014EB923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31D8A0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Orientador(a)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5036AF" w14:textId="77777777" w:rsidR="00426FA8" w:rsidRPr="008A7DCE" w:rsidRDefault="00426FA8"/>
        </w:tc>
      </w:tr>
      <w:tr w:rsidR="00426FA8" w:rsidRPr="008A7DCE" w14:paraId="5D63D305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2113DC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Projeto de pesquisa ao qual o(a) discente está nominalmente vinculado(a)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03B5D7" w14:textId="77777777" w:rsidR="00426FA8" w:rsidRPr="008A7DCE" w:rsidRDefault="00426FA8"/>
        </w:tc>
      </w:tr>
      <w:tr w:rsidR="00426FA8" w:rsidRPr="008A7DCE" w14:paraId="5EAFBA87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A33F75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Nome do evento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C640C5" w14:textId="77777777" w:rsidR="00426FA8" w:rsidRPr="008A7DCE" w:rsidRDefault="00426FA8"/>
        </w:tc>
      </w:tr>
      <w:tr w:rsidR="00426FA8" w:rsidRPr="008A7DCE" w14:paraId="50C60208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93BBA4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Local e data do evento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9239F3" w14:textId="77777777" w:rsidR="00426FA8" w:rsidRPr="008A7DCE" w:rsidRDefault="00426FA8"/>
        </w:tc>
      </w:tr>
      <w:tr w:rsidR="00426FA8" w:rsidRPr="008A7DCE" w14:paraId="58DDD150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48D62E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Nacional / Internacional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4D846B" w14:textId="77777777" w:rsidR="00426FA8" w:rsidRPr="008A7DCE" w:rsidRDefault="00426FA8"/>
        </w:tc>
      </w:tr>
      <w:tr w:rsidR="00426FA8" w:rsidRPr="008A7DCE" w14:paraId="74CC0E8E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B3DF1A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Título do trabalho a ser apresentado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82B7A6" w14:textId="77777777" w:rsidR="00426FA8" w:rsidRPr="008A7DCE" w:rsidRDefault="00426FA8"/>
        </w:tc>
      </w:tr>
      <w:tr w:rsidR="00426FA8" w:rsidRPr="008A7DCE" w14:paraId="0EABB4C6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5740B7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Modalidade de apresentação (oral ou pôster) — obrigatória para elegibilidade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5A924F" w14:textId="77777777" w:rsidR="00426FA8" w:rsidRPr="008A7DCE" w:rsidRDefault="00426FA8"/>
        </w:tc>
      </w:tr>
      <w:tr w:rsidR="00426FA8" w:rsidRPr="008A7DCE" w14:paraId="030D90B0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42BBC3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Coautoria: há outro(a) discente do PPGFT como coautor(a)? (em caso positivo, apenas um(a) pode pleitear o auxílio)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2A0BA5" w14:textId="77777777" w:rsidR="00426FA8" w:rsidRPr="008A7DCE" w:rsidRDefault="00426FA8"/>
        </w:tc>
      </w:tr>
      <w:tr w:rsidR="00426FA8" w:rsidRPr="008A7DCE" w14:paraId="7E9CAAD4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7457F3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O(a) discente já recebeu, no ano de 2026, auxílio para participação em evento nos termos da Resolução CONSUNI n. 30/2010? (S/N)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5EDEF9" w14:textId="77777777" w:rsidR="00426FA8" w:rsidRPr="008A7DCE" w:rsidRDefault="00426FA8"/>
        </w:tc>
      </w:tr>
      <w:tr w:rsidR="00426FA8" w:rsidRPr="008A7DCE" w14:paraId="1F95C772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5285F1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Se modalidade acadêmica: justificativa da impossibilidade de uso de recursos PROAP (art. 4º, §1º, Res. 30/2010)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E9635E" w14:textId="77777777" w:rsidR="00426FA8" w:rsidRPr="008A7DCE" w:rsidRDefault="00426FA8"/>
        </w:tc>
      </w:tr>
      <w:tr w:rsidR="00426FA8" w:rsidRPr="008A7DCE" w14:paraId="6297812D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112007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Itens de auxílio solicitados (inscrição / hospedagem / transporte)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068E8D" w14:textId="77777777" w:rsidR="00426FA8" w:rsidRPr="008A7DCE" w:rsidRDefault="00426FA8"/>
        </w:tc>
      </w:tr>
      <w:tr w:rsidR="00426FA8" w:rsidRPr="008A7DCE" w14:paraId="417525ED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437FE6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Valor total estimado (R$)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8E919D" w14:textId="77777777" w:rsidR="00426FA8" w:rsidRPr="008A7DCE" w:rsidRDefault="00426FA8"/>
        </w:tc>
      </w:tr>
      <w:tr w:rsidR="00426FA8" w:rsidRPr="008A7DCE" w14:paraId="229E1211" w14:textId="77777777"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3CD288" w14:textId="77777777" w:rsidR="00426FA8" w:rsidRPr="008A7DCE" w:rsidRDefault="008F4636">
            <w:r w:rsidRPr="008A7DCE">
              <w:rPr>
                <w:rFonts w:ascii="Arial" w:eastAsia="Arial" w:hAnsi="Arial" w:cs="Arial"/>
                <w:b/>
                <w:bCs/>
              </w:rPr>
              <w:t>Nota final no Anexo I (a preencher pelo Programa)</w:t>
            </w:r>
          </w:p>
        </w:tc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6598A7" w14:textId="77777777" w:rsidR="00426FA8" w:rsidRPr="008A7DCE" w:rsidRDefault="00426FA8"/>
        </w:tc>
      </w:tr>
    </w:tbl>
    <w:p w14:paraId="2527D006" w14:textId="77777777" w:rsidR="00426FA8" w:rsidRPr="008A7DCE" w:rsidRDefault="00426FA8">
      <w:pPr>
        <w:spacing w:after="160" w:line="276" w:lineRule="auto"/>
        <w:jc w:val="both"/>
      </w:pPr>
    </w:p>
    <w:p w14:paraId="0364325A" w14:textId="77777777" w:rsidR="00426FA8" w:rsidRPr="008A7DCE" w:rsidRDefault="008F4636">
      <w:pPr>
        <w:spacing w:after="160" w:line="276" w:lineRule="auto"/>
        <w:jc w:val="both"/>
      </w:pPr>
      <w:r w:rsidRPr="008A7DCE">
        <w:rPr>
          <w:rFonts w:ascii="Arial" w:eastAsia="Arial" w:hAnsi="Arial" w:cs="Arial"/>
          <w:sz w:val="22"/>
          <w:szCs w:val="22"/>
        </w:rPr>
        <w:t>Declaro estarem corretas as informações prestadas nesta ficha e ciência dos termos da Chamada Interna PPGFT Nº 001/2026/PPGFT/CEFID/UDESC.</w:t>
      </w:r>
    </w:p>
    <w:p w14:paraId="35EC54B4" w14:textId="77777777" w:rsidR="00426FA8" w:rsidRPr="008A7DCE" w:rsidRDefault="00426FA8">
      <w:pPr>
        <w:spacing w:after="160" w:line="276" w:lineRule="auto"/>
        <w:jc w:val="both"/>
      </w:pPr>
    </w:p>
    <w:p w14:paraId="467A4519" w14:textId="77777777" w:rsidR="00426FA8" w:rsidRPr="008A7DCE" w:rsidRDefault="008F4636">
      <w:pPr>
        <w:spacing w:after="160" w:line="276" w:lineRule="auto"/>
      </w:pPr>
      <w:r w:rsidRPr="008A7DCE">
        <w:rPr>
          <w:rFonts w:ascii="Arial" w:eastAsia="Arial" w:hAnsi="Arial" w:cs="Arial"/>
          <w:sz w:val="22"/>
          <w:szCs w:val="22"/>
        </w:rPr>
        <w:lastRenderedPageBreak/>
        <w:t xml:space="preserve">Florianópolis, ____ de _______________ </w:t>
      </w:r>
      <w:proofErr w:type="spellStart"/>
      <w:r w:rsidRPr="008A7DCE">
        <w:rPr>
          <w:rFonts w:ascii="Arial" w:eastAsia="Arial" w:hAnsi="Arial" w:cs="Arial"/>
          <w:sz w:val="22"/>
          <w:szCs w:val="22"/>
        </w:rPr>
        <w:t>de</w:t>
      </w:r>
      <w:proofErr w:type="spellEnd"/>
      <w:r w:rsidRPr="008A7DCE">
        <w:rPr>
          <w:rFonts w:ascii="Arial" w:eastAsia="Arial" w:hAnsi="Arial" w:cs="Arial"/>
          <w:sz w:val="22"/>
          <w:szCs w:val="22"/>
        </w:rPr>
        <w:t xml:space="preserve"> 2026.</w:t>
      </w:r>
    </w:p>
    <w:p w14:paraId="5BB9A367" w14:textId="77777777" w:rsidR="00426FA8" w:rsidRPr="008A7DCE" w:rsidRDefault="00426FA8">
      <w:pPr>
        <w:spacing w:after="160" w:line="276" w:lineRule="auto"/>
        <w:jc w:val="both"/>
      </w:pPr>
    </w:p>
    <w:p w14:paraId="7BBE7FA7" w14:textId="77777777" w:rsidR="00426FA8" w:rsidRPr="008A7DCE" w:rsidRDefault="008F4636">
      <w:pPr>
        <w:spacing w:after="160" w:line="276" w:lineRule="auto"/>
        <w:jc w:val="center"/>
      </w:pPr>
      <w:r w:rsidRPr="008A7DCE">
        <w:rPr>
          <w:rFonts w:ascii="Arial" w:eastAsia="Arial" w:hAnsi="Arial" w:cs="Arial"/>
          <w:sz w:val="22"/>
          <w:szCs w:val="22"/>
        </w:rPr>
        <w:t>_______________________________________________</w:t>
      </w:r>
    </w:p>
    <w:p w14:paraId="563436AF" w14:textId="77777777" w:rsidR="00426FA8" w:rsidRDefault="008F4636">
      <w:pPr>
        <w:spacing w:after="160" w:line="276" w:lineRule="auto"/>
        <w:jc w:val="center"/>
      </w:pPr>
      <w:r w:rsidRPr="008A7DCE">
        <w:rPr>
          <w:rFonts w:ascii="Arial" w:eastAsia="Arial" w:hAnsi="Arial" w:cs="Arial"/>
          <w:i/>
          <w:iCs/>
        </w:rPr>
        <w:t>Assinatura do(a) discente</w:t>
      </w:r>
    </w:p>
    <w:sectPr w:rsidR="00FC693F" w:rsidRPr="0006063C" w:rsidSect="00034616">
      <w:headerReference w:type="default" r:id="rId9"/>
      <w:pgSz w:w="11906" w:h="16838"/>
      <w:pgMar w:top="1134" w:right="1134" w:bottom="1134" w:left="1134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drawing>
        <wp:inline xmlns:a="http://schemas.openxmlformats.org/drawingml/2006/main" xmlns:pic="http://schemas.openxmlformats.org/drawingml/2006/picture">
          <wp:extent cx="3200400" cy="62701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pgft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0" cy="62701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