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BAC09" w14:textId="77777777" w:rsidR="00243343" w:rsidRDefault="00376615">
      <w:pPr>
        <w:jc w:val="center"/>
      </w:pPr>
      <w:r>
        <w:rPr>
          <w:b/>
          <w:sz w:val="24"/>
        </w:rPr>
        <w:t>ANEXO 2</w:t>
      </w:r>
    </w:p>
    <w:p w14:paraId="4F53D2B3" w14:textId="77777777" w:rsidR="00243343" w:rsidRDefault="00376615">
      <w:pPr>
        <w:spacing w:after="20"/>
        <w:jc w:val="center"/>
      </w:pPr>
      <w:r>
        <w:rPr>
          <w:b/>
          <w:sz w:val="28"/>
        </w:rPr>
        <w:t>PROPOSTA DE PROJETO DE PESQUISA</w:t>
      </w:r>
    </w:p>
    <w:p w14:paraId="5DC6F990" w14:textId="77777777" w:rsidR="00243343" w:rsidRDefault="00376615">
      <w:pPr>
        <w:spacing w:after="120"/>
        <w:jc w:val="center"/>
      </w:pPr>
      <w:r>
        <w:rPr>
          <w:sz w:val="20"/>
        </w:rPr>
        <w:t>Edital de Chamada Pública PROPPG/UDESC nº 05/2026</w:t>
      </w:r>
      <w:r>
        <w:rPr>
          <w:sz w:val="20"/>
        </w:rPr>
        <w:br/>
        <w:t>Vinculado à Linha II da Chamada Pública FAPESC nº 37/2026</w:t>
      </w:r>
    </w:p>
    <w:p w14:paraId="3560EFAA" w14:textId="7A9FFBC4" w:rsidR="00243343" w:rsidRDefault="00376615">
      <w:pPr>
        <w:spacing w:after="80" w:line="240" w:lineRule="auto"/>
      </w:pPr>
      <w:r>
        <w:rPr>
          <w:i/>
          <w:color w:val="595959"/>
          <w:sz w:val="17"/>
        </w:rPr>
        <w:t xml:space="preserve">Orientação geral: preencher todos os campos de forma objetiva e coerente com as informações que serão </w:t>
      </w:r>
      <w:r>
        <w:rPr>
          <w:i/>
          <w:color w:val="595959"/>
          <w:sz w:val="17"/>
        </w:rPr>
        <w:t xml:space="preserve">posteriormente inseridas no SIGFAPESC. Excluir as orientações em </w:t>
      </w:r>
      <w:proofErr w:type="spellStart"/>
      <w:r>
        <w:rPr>
          <w:i/>
          <w:color w:val="595959"/>
          <w:sz w:val="17"/>
        </w:rPr>
        <w:t>itálico</w:t>
      </w:r>
      <w:proofErr w:type="spellEnd"/>
      <w:r>
        <w:rPr>
          <w:i/>
          <w:color w:val="595959"/>
          <w:sz w:val="17"/>
        </w:rPr>
        <w:t xml:space="preserve"> antes da </w:t>
      </w:r>
      <w:proofErr w:type="spellStart"/>
      <w:r>
        <w:rPr>
          <w:i/>
          <w:color w:val="595959"/>
          <w:sz w:val="17"/>
        </w:rPr>
        <w:t>submissão</w:t>
      </w:r>
      <w:proofErr w:type="spellEnd"/>
      <w:r>
        <w:rPr>
          <w:i/>
          <w:color w:val="595959"/>
          <w:sz w:val="17"/>
        </w:rPr>
        <w:t>.</w:t>
      </w:r>
    </w:p>
    <w:p w14:paraId="62D72B3E" w14:textId="77777777" w:rsidR="00243343" w:rsidRDefault="00376615">
      <w:pPr>
        <w:keepNext/>
        <w:spacing w:before="160"/>
      </w:pPr>
      <w:r>
        <w:rPr>
          <w:b/>
          <w:sz w:val="22"/>
        </w:rPr>
        <w:t>1. IDENTIFICAÇÃO DA PROPOSTA</w:t>
      </w: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458"/>
        <w:gridCol w:w="6690"/>
      </w:tblGrid>
      <w:tr w:rsidR="00243343" w14:paraId="231EF13D" w14:textId="77777777">
        <w:trPr>
          <w:cantSplit/>
          <w:jc w:val="center"/>
        </w:trPr>
        <w:tc>
          <w:tcPr>
            <w:tcW w:w="3458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A2C53C" w14:textId="77777777" w:rsidR="00243343" w:rsidRDefault="00376615">
            <w:pPr>
              <w:spacing w:after="0"/>
            </w:pPr>
            <w:r>
              <w:rPr>
                <w:sz w:val="18"/>
              </w:rPr>
              <w:t>Título do projeto</w:t>
            </w:r>
          </w:p>
        </w:tc>
        <w:tc>
          <w:tcPr>
            <w:tcW w:w="669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757539" w14:textId="77777777" w:rsidR="00243343" w:rsidRDefault="00243343">
            <w:pPr>
              <w:spacing w:after="0"/>
            </w:pPr>
          </w:p>
        </w:tc>
      </w:tr>
      <w:tr w:rsidR="00243343" w14:paraId="6E01F70A" w14:textId="77777777">
        <w:trPr>
          <w:cantSplit/>
          <w:jc w:val="center"/>
        </w:trPr>
        <w:tc>
          <w:tcPr>
            <w:tcW w:w="3458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19695A" w14:textId="77777777" w:rsidR="00243343" w:rsidRDefault="00376615">
            <w:pPr>
              <w:spacing w:after="0"/>
            </w:pPr>
            <w:r>
              <w:rPr>
                <w:sz w:val="18"/>
              </w:rPr>
              <w:t>Coordenador(a)</w:t>
            </w:r>
          </w:p>
        </w:tc>
        <w:tc>
          <w:tcPr>
            <w:tcW w:w="669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EBAABD" w14:textId="77777777" w:rsidR="00243343" w:rsidRDefault="00243343">
            <w:pPr>
              <w:spacing w:after="0"/>
            </w:pPr>
          </w:p>
        </w:tc>
      </w:tr>
      <w:tr w:rsidR="00243343" w14:paraId="784FE4F9" w14:textId="77777777">
        <w:trPr>
          <w:cantSplit/>
          <w:jc w:val="center"/>
        </w:trPr>
        <w:tc>
          <w:tcPr>
            <w:tcW w:w="3458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6F2781" w14:textId="77777777" w:rsidR="00243343" w:rsidRDefault="00376615">
            <w:pPr>
              <w:spacing w:after="0"/>
            </w:pPr>
            <w:r>
              <w:rPr>
                <w:sz w:val="18"/>
              </w:rPr>
              <w:t>Departamento/Centro</w:t>
            </w:r>
          </w:p>
        </w:tc>
        <w:tc>
          <w:tcPr>
            <w:tcW w:w="669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4B56DB" w14:textId="77777777" w:rsidR="00243343" w:rsidRDefault="00243343">
            <w:pPr>
              <w:spacing w:after="0"/>
            </w:pPr>
          </w:p>
        </w:tc>
      </w:tr>
      <w:tr w:rsidR="00243343" w14:paraId="0292DE81" w14:textId="77777777">
        <w:trPr>
          <w:cantSplit/>
          <w:jc w:val="center"/>
        </w:trPr>
        <w:tc>
          <w:tcPr>
            <w:tcW w:w="3458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10275C" w14:textId="77777777" w:rsidR="00243343" w:rsidRDefault="00376615">
            <w:pPr>
              <w:spacing w:after="0"/>
            </w:pPr>
            <w:r>
              <w:rPr>
                <w:sz w:val="18"/>
              </w:rPr>
              <w:t>Área de conhecimento</w:t>
            </w:r>
          </w:p>
        </w:tc>
        <w:tc>
          <w:tcPr>
            <w:tcW w:w="669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C2B47D" w14:textId="77777777" w:rsidR="00243343" w:rsidRDefault="00243343">
            <w:pPr>
              <w:spacing w:after="0"/>
            </w:pPr>
          </w:p>
        </w:tc>
      </w:tr>
      <w:tr w:rsidR="00243343" w14:paraId="0F8C8BC2" w14:textId="77777777">
        <w:trPr>
          <w:cantSplit/>
          <w:jc w:val="center"/>
        </w:trPr>
        <w:tc>
          <w:tcPr>
            <w:tcW w:w="3458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6EAC18" w14:textId="77777777" w:rsidR="00243343" w:rsidRDefault="00376615">
            <w:pPr>
              <w:spacing w:after="0"/>
            </w:pPr>
            <w:r>
              <w:rPr>
                <w:sz w:val="18"/>
              </w:rPr>
              <w:t>Grupo de Pesquisa no DGP/CNPq</w:t>
            </w:r>
          </w:p>
        </w:tc>
        <w:tc>
          <w:tcPr>
            <w:tcW w:w="669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CCEC28" w14:textId="77777777" w:rsidR="00243343" w:rsidRDefault="00243343">
            <w:pPr>
              <w:spacing w:after="0"/>
            </w:pPr>
          </w:p>
        </w:tc>
      </w:tr>
      <w:tr w:rsidR="00243343" w14:paraId="3ADB5223" w14:textId="77777777">
        <w:trPr>
          <w:cantSplit/>
          <w:jc w:val="center"/>
        </w:trPr>
        <w:tc>
          <w:tcPr>
            <w:tcW w:w="3458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DA410F" w14:textId="77777777" w:rsidR="00243343" w:rsidRDefault="00376615">
            <w:pPr>
              <w:spacing w:after="0"/>
            </w:pPr>
            <w:r>
              <w:rPr>
                <w:sz w:val="18"/>
              </w:rPr>
              <w:t>Enquadramento principal</w:t>
            </w:r>
          </w:p>
        </w:tc>
        <w:tc>
          <w:tcPr>
            <w:tcW w:w="669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FE9D09" w14:textId="77777777" w:rsidR="00243343" w:rsidRDefault="00376615">
            <w:pPr>
              <w:spacing w:after="0"/>
            </w:pPr>
            <w:r>
              <w:rPr>
                <w:sz w:val="18"/>
              </w:rPr>
              <w:t>(   ) Recursos Pesqueiros     (   ) Aquicultura</w:t>
            </w:r>
          </w:p>
        </w:tc>
      </w:tr>
      <w:tr w:rsidR="00243343" w14:paraId="682363C2" w14:textId="77777777">
        <w:trPr>
          <w:cantSplit/>
          <w:jc w:val="center"/>
        </w:trPr>
        <w:tc>
          <w:tcPr>
            <w:tcW w:w="3458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EAE9D3" w14:textId="77777777" w:rsidR="00243343" w:rsidRDefault="00376615">
            <w:pPr>
              <w:spacing w:after="0"/>
            </w:pPr>
            <w:r>
              <w:rPr>
                <w:sz w:val="18"/>
              </w:rPr>
              <w:t>Instituição executora</w:t>
            </w:r>
          </w:p>
        </w:tc>
        <w:tc>
          <w:tcPr>
            <w:tcW w:w="669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1906B6" w14:textId="77777777" w:rsidR="00243343" w:rsidRDefault="00376615">
            <w:pPr>
              <w:spacing w:after="0"/>
            </w:pPr>
            <w:r>
              <w:rPr>
                <w:sz w:val="18"/>
              </w:rPr>
              <w:t>Universidade do Estado de Santa Catarina - UDESC</w:t>
            </w:r>
          </w:p>
        </w:tc>
      </w:tr>
      <w:tr w:rsidR="00243343" w14:paraId="4D00282C" w14:textId="77777777">
        <w:trPr>
          <w:cantSplit/>
          <w:jc w:val="center"/>
        </w:trPr>
        <w:tc>
          <w:tcPr>
            <w:tcW w:w="3458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B6FC31" w14:textId="77777777" w:rsidR="00243343" w:rsidRDefault="00376615">
            <w:pPr>
              <w:spacing w:after="0"/>
            </w:pPr>
            <w:r>
              <w:rPr>
                <w:sz w:val="18"/>
              </w:rPr>
              <w:t>Duração do projeto</w:t>
            </w:r>
          </w:p>
        </w:tc>
        <w:tc>
          <w:tcPr>
            <w:tcW w:w="669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F5C129" w14:textId="668A984B" w:rsidR="00243343" w:rsidRDefault="00376615">
            <w:pPr>
              <w:spacing w:after="0"/>
            </w:pPr>
            <w:r>
              <w:rPr>
                <w:sz w:val="18"/>
              </w:rPr>
              <w:t xml:space="preserve">_____ meses </w:t>
            </w:r>
          </w:p>
        </w:tc>
      </w:tr>
    </w:tbl>
    <w:p w14:paraId="1A11F794" w14:textId="77777777" w:rsidR="00243343" w:rsidRDefault="00376615">
      <w:pPr>
        <w:keepNext/>
        <w:spacing w:before="160"/>
      </w:pPr>
      <w:r>
        <w:rPr>
          <w:b/>
          <w:sz w:val="22"/>
        </w:rPr>
        <w:t>2. PLANO DE APRESENTAÇÃO</w:t>
      </w:r>
    </w:p>
    <w:p w14:paraId="3E53A934" w14:textId="77777777" w:rsidR="00243343" w:rsidRDefault="00376615">
      <w:pPr>
        <w:keepNext/>
        <w:spacing w:before="100"/>
      </w:pPr>
      <w:r>
        <w:rPr>
          <w:b/>
          <w:sz w:val="20"/>
        </w:rPr>
        <w:t>2.1. Resumo da proposta</w:t>
      </w:r>
    </w:p>
    <w:p w14:paraId="498BEBE4" w14:textId="77777777" w:rsidR="00243343" w:rsidRDefault="00243343">
      <w:pPr>
        <w:spacing w:after="0" w:line="240" w:lineRule="auto"/>
      </w:pPr>
    </w:p>
    <w:p w14:paraId="17E55A27" w14:textId="77777777" w:rsidR="00243343" w:rsidRDefault="00376615">
      <w:pPr>
        <w:keepNext/>
        <w:spacing w:before="100"/>
      </w:pPr>
      <w:r>
        <w:rPr>
          <w:b/>
          <w:sz w:val="20"/>
        </w:rPr>
        <w:t>2.2. Palavras-chave indexadas</w:t>
      </w:r>
    </w:p>
    <w:p w14:paraId="54C05937" w14:textId="77777777" w:rsidR="00243343" w:rsidRDefault="00376615">
      <w:pPr>
        <w:spacing w:after="80" w:line="240" w:lineRule="auto"/>
      </w:pPr>
      <w:r>
        <w:rPr>
          <w:i/>
          <w:color w:val="595959"/>
          <w:sz w:val="17"/>
        </w:rPr>
        <w:t>Informar de três a cinco palavras-chave.</w:t>
      </w:r>
    </w:p>
    <w:p w14:paraId="722B8505" w14:textId="77777777" w:rsidR="00243343" w:rsidRDefault="00243343">
      <w:pPr>
        <w:spacing w:after="0" w:line="240" w:lineRule="auto"/>
      </w:pPr>
    </w:p>
    <w:p w14:paraId="0A9AFC31" w14:textId="77777777" w:rsidR="00243343" w:rsidRDefault="00243343">
      <w:pPr>
        <w:spacing w:after="0" w:line="240" w:lineRule="auto"/>
      </w:pPr>
    </w:p>
    <w:p w14:paraId="76C9A283" w14:textId="77777777" w:rsidR="00243343" w:rsidRDefault="00376615">
      <w:pPr>
        <w:keepNext/>
        <w:spacing w:before="100"/>
      </w:pPr>
      <w:r>
        <w:rPr>
          <w:b/>
          <w:sz w:val="20"/>
        </w:rPr>
        <w:t>2.3. Informações relevantes para avaliação da proposta</w:t>
      </w:r>
    </w:p>
    <w:p w14:paraId="306C7D11" w14:textId="77777777" w:rsidR="00243343" w:rsidRDefault="00376615">
      <w:pPr>
        <w:spacing w:after="80" w:line="240" w:lineRule="auto"/>
      </w:pPr>
      <w:r>
        <w:rPr>
          <w:i/>
          <w:color w:val="595959"/>
          <w:sz w:val="17"/>
        </w:rPr>
        <w:t>Destacar informações complementares que contribuam para a compreensão da relevância, viabilidade e aderência da proposta.</w:t>
      </w:r>
    </w:p>
    <w:p w14:paraId="4D06CA38" w14:textId="77777777" w:rsidR="00243343" w:rsidRDefault="00243343">
      <w:pPr>
        <w:spacing w:after="0" w:line="240" w:lineRule="auto"/>
      </w:pPr>
    </w:p>
    <w:p w14:paraId="1888A668" w14:textId="77777777" w:rsidR="00243343" w:rsidRDefault="00243343">
      <w:pPr>
        <w:spacing w:after="0" w:line="240" w:lineRule="auto"/>
      </w:pPr>
    </w:p>
    <w:p w14:paraId="4D649203" w14:textId="77777777" w:rsidR="00243343" w:rsidRDefault="00376615">
      <w:pPr>
        <w:keepNext/>
        <w:spacing w:before="100"/>
      </w:pPr>
      <w:r>
        <w:rPr>
          <w:b/>
          <w:sz w:val="20"/>
        </w:rPr>
        <w:t xml:space="preserve">2.4. Síntese do projeto (até 250 </w:t>
      </w:r>
      <w:r>
        <w:rPr>
          <w:b/>
          <w:sz w:val="20"/>
        </w:rPr>
        <w:t>palavras)</w:t>
      </w:r>
    </w:p>
    <w:p w14:paraId="264259B4" w14:textId="77777777" w:rsidR="00243343" w:rsidRDefault="00376615">
      <w:pPr>
        <w:spacing w:after="80" w:line="240" w:lineRule="auto"/>
      </w:pPr>
      <w:r>
        <w:rPr>
          <w:i/>
          <w:color w:val="595959"/>
          <w:sz w:val="17"/>
        </w:rPr>
        <w:t>Apresentar a concepção geral do projeto e sua contribuição para o desenvolvimento científico, tecnológico, econômico, social ou ambiental das cadeias aquícolas e pesqueiras de Santa Catarina.</w:t>
      </w:r>
    </w:p>
    <w:p w14:paraId="5A781559" w14:textId="77777777" w:rsidR="00243343" w:rsidRDefault="00243343">
      <w:pPr>
        <w:spacing w:after="0" w:line="240" w:lineRule="auto"/>
      </w:pPr>
    </w:p>
    <w:p w14:paraId="4BD7D1B2" w14:textId="77777777" w:rsidR="00243343" w:rsidRDefault="00243343">
      <w:pPr>
        <w:spacing w:after="0" w:line="240" w:lineRule="auto"/>
      </w:pPr>
    </w:p>
    <w:p w14:paraId="319475C1" w14:textId="77777777" w:rsidR="00243343" w:rsidRDefault="00376615">
      <w:pPr>
        <w:keepNext/>
        <w:spacing w:before="100"/>
      </w:pPr>
      <w:r>
        <w:rPr>
          <w:b/>
          <w:sz w:val="20"/>
        </w:rPr>
        <w:t>2.5. Estado da arte e justificativa (até 1.200 palavras)</w:t>
      </w:r>
    </w:p>
    <w:p w14:paraId="6478BF3B" w14:textId="77777777" w:rsidR="00243343" w:rsidRDefault="00243343">
      <w:pPr>
        <w:spacing w:after="0" w:line="240" w:lineRule="auto"/>
      </w:pPr>
    </w:p>
    <w:p w14:paraId="074D365E" w14:textId="77777777" w:rsidR="00243343" w:rsidRDefault="00243343">
      <w:pPr>
        <w:spacing w:after="0" w:line="240" w:lineRule="auto"/>
      </w:pPr>
    </w:p>
    <w:p w14:paraId="382B7842" w14:textId="77777777" w:rsidR="00243343" w:rsidRDefault="00376615">
      <w:pPr>
        <w:keepNext/>
        <w:spacing w:before="100"/>
      </w:pPr>
      <w:r>
        <w:rPr>
          <w:b/>
          <w:sz w:val="20"/>
        </w:rPr>
        <w:t>2.6. Objetivo geral</w:t>
      </w:r>
    </w:p>
    <w:p w14:paraId="76B15A15" w14:textId="77777777" w:rsidR="00243343" w:rsidRDefault="00243343">
      <w:pPr>
        <w:spacing w:after="0" w:line="240" w:lineRule="auto"/>
      </w:pPr>
    </w:p>
    <w:p w14:paraId="0CD9DD3B" w14:textId="77777777" w:rsidR="00243343" w:rsidRDefault="00243343">
      <w:pPr>
        <w:spacing w:after="0" w:line="240" w:lineRule="auto"/>
      </w:pPr>
    </w:p>
    <w:p w14:paraId="1D08CED1" w14:textId="77777777" w:rsidR="00243343" w:rsidRDefault="00376615">
      <w:pPr>
        <w:keepNext/>
        <w:spacing w:before="100"/>
      </w:pPr>
      <w:r>
        <w:rPr>
          <w:b/>
          <w:sz w:val="20"/>
        </w:rPr>
        <w:lastRenderedPageBreak/>
        <w:t>2.7. Objetivos específicos</w:t>
      </w:r>
    </w:p>
    <w:p w14:paraId="75F2EC1C" w14:textId="77777777" w:rsidR="00243343" w:rsidRDefault="00243343">
      <w:pPr>
        <w:spacing w:after="0" w:line="240" w:lineRule="auto"/>
      </w:pPr>
    </w:p>
    <w:p w14:paraId="0358D341" w14:textId="77777777" w:rsidR="00243343" w:rsidRDefault="00243343">
      <w:pPr>
        <w:spacing w:after="0" w:line="240" w:lineRule="auto"/>
      </w:pPr>
    </w:p>
    <w:p w14:paraId="01AD1971" w14:textId="77777777" w:rsidR="00243343" w:rsidRDefault="00376615">
      <w:pPr>
        <w:keepNext/>
        <w:spacing w:before="100"/>
      </w:pPr>
      <w:r>
        <w:rPr>
          <w:b/>
          <w:sz w:val="20"/>
        </w:rPr>
        <w:t>2.8. Metodologia (até 1.200 palavras)</w:t>
      </w:r>
    </w:p>
    <w:p w14:paraId="43B366B4" w14:textId="77777777" w:rsidR="00243343" w:rsidRDefault="00243343">
      <w:pPr>
        <w:spacing w:after="0" w:line="240" w:lineRule="auto"/>
      </w:pPr>
    </w:p>
    <w:p w14:paraId="5477D76A" w14:textId="77777777" w:rsidR="00243343" w:rsidRDefault="00243343">
      <w:pPr>
        <w:spacing w:after="0" w:line="240" w:lineRule="auto"/>
      </w:pPr>
    </w:p>
    <w:p w14:paraId="148FD70D" w14:textId="77777777" w:rsidR="00243343" w:rsidRDefault="00243343">
      <w:pPr>
        <w:spacing w:after="0" w:line="240" w:lineRule="auto"/>
      </w:pPr>
    </w:p>
    <w:p w14:paraId="6D39C385" w14:textId="77777777" w:rsidR="00243343" w:rsidRDefault="00376615">
      <w:pPr>
        <w:keepNext/>
        <w:spacing w:before="100"/>
      </w:pPr>
      <w:r>
        <w:rPr>
          <w:b/>
          <w:sz w:val="20"/>
        </w:rPr>
        <w:t>2.9. Resultados e entregas esperadas (até 1.200 palavras)</w:t>
      </w:r>
    </w:p>
    <w:p w14:paraId="1E876FC1" w14:textId="77777777" w:rsidR="00243343" w:rsidRDefault="00243343">
      <w:pPr>
        <w:spacing w:after="0" w:line="240" w:lineRule="auto"/>
      </w:pPr>
    </w:p>
    <w:p w14:paraId="4CD70CAA" w14:textId="77777777" w:rsidR="00243343" w:rsidRDefault="00376615">
      <w:pPr>
        <w:keepNext/>
        <w:spacing w:before="100"/>
      </w:pPr>
      <w:r>
        <w:rPr>
          <w:b/>
          <w:sz w:val="20"/>
        </w:rPr>
        <w:t>2.10. Aderência temática e relevância para Santa Catarina</w:t>
      </w:r>
    </w:p>
    <w:p w14:paraId="710DAF85" w14:textId="77777777" w:rsidR="00243343" w:rsidRDefault="00376615">
      <w:pPr>
        <w:spacing w:after="80" w:line="240" w:lineRule="auto"/>
      </w:pPr>
      <w:r>
        <w:rPr>
          <w:i/>
          <w:color w:val="595959"/>
          <w:sz w:val="17"/>
        </w:rPr>
        <w:t>Demonstrar a aderência da proposta à área principal indicada e, quando aplicável, às prioridades de Piscicultura, Carcinicultura ou Algicultura. Explicar a contribuição para as cadeias produtivas, a gestão dos recursos pesqueiros e/ou o desenvolvimento regional catarinense.</w:t>
      </w:r>
    </w:p>
    <w:p w14:paraId="2072C142" w14:textId="77777777" w:rsidR="00243343" w:rsidRDefault="00243343">
      <w:pPr>
        <w:spacing w:after="0" w:line="240" w:lineRule="auto"/>
      </w:pPr>
    </w:p>
    <w:p w14:paraId="6D6CCC21" w14:textId="77777777" w:rsidR="00243343" w:rsidRDefault="00376615">
      <w:pPr>
        <w:keepNext/>
        <w:spacing w:before="100"/>
      </w:pPr>
      <w:r>
        <w:rPr>
          <w:b/>
          <w:sz w:val="20"/>
        </w:rPr>
        <w:t>2.11. Articulação institucional e parcerias</w:t>
      </w:r>
    </w:p>
    <w:p w14:paraId="01DFEEF3" w14:textId="77777777" w:rsidR="00243343" w:rsidRDefault="00376615">
      <w:pPr>
        <w:spacing w:after="80" w:line="240" w:lineRule="auto"/>
      </w:pPr>
      <w:r>
        <w:rPr>
          <w:i/>
          <w:color w:val="595959"/>
          <w:sz w:val="17"/>
        </w:rPr>
        <w:t>Descrever a articulação entre Centros da UDESC e, quando houver, com ICTIs, setor produtivo, órgãos públicos, entidades representativas, comunidades tradicionais ou organizações da sociedade civil. Informar a contribuição de cada parceiro e a existência de contrapartidas não financeiras.</w:t>
      </w:r>
    </w:p>
    <w:p w14:paraId="06DE958E" w14:textId="77777777" w:rsidR="00243343" w:rsidRDefault="00243343">
      <w:pPr>
        <w:spacing w:after="0" w:line="240" w:lineRule="auto"/>
      </w:pPr>
    </w:p>
    <w:p w14:paraId="02A18790" w14:textId="77777777" w:rsidR="00243343" w:rsidRDefault="00376615">
      <w:pPr>
        <w:keepNext/>
        <w:spacing w:before="100"/>
      </w:pPr>
      <w:r>
        <w:rPr>
          <w:b/>
          <w:sz w:val="20"/>
        </w:rPr>
        <w:t>2.12. Impactos esperados (até 1.200 palavras em cada subitem)</w:t>
      </w:r>
    </w:p>
    <w:p w14:paraId="09DA5244" w14:textId="77777777" w:rsidR="00243343" w:rsidRDefault="00376615">
      <w:pPr>
        <w:keepNext/>
        <w:spacing w:before="100"/>
      </w:pPr>
      <w:r>
        <w:rPr>
          <w:b/>
          <w:sz w:val="20"/>
        </w:rPr>
        <w:t>2.12.1. Científico</w:t>
      </w:r>
    </w:p>
    <w:p w14:paraId="1792C1F7" w14:textId="77777777" w:rsidR="00243343" w:rsidRDefault="00376615">
      <w:pPr>
        <w:spacing w:after="80" w:line="240" w:lineRule="auto"/>
      </w:pPr>
      <w:r>
        <w:rPr>
          <w:i/>
          <w:color w:val="595959"/>
          <w:sz w:val="17"/>
        </w:rPr>
        <w:t>Geração de conhecimento, formação de recursos humanos, publicações, redes e consolidação de linhas de pesquisa.</w:t>
      </w:r>
    </w:p>
    <w:p w14:paraId="7427E13B" w14:textId="77777777" w:rsidR="00243343" w:rsidRDefault="00243343">
      <w:pPr>
        <w:spacing w:after="0" w:line="240" w:lineRule="auto"/>
      </w:pPr>
    </w:p>
    <w:p w14:paraId="38F89473" w14:textId="77777777" w:rsidR="00243343" w:rsidRDefault="00243343">
      <w:pPr>
        <w:spacing w:after="0" w:line="240" w:lineRule="auto"/>
      </w:pPr>
    </w:p>
    <w:p w14:paraId="3363D353" w14:textId="77777777" w:rsidR="00243343" w:rsidRDefault="00376615">
      <w:pPr>
        <w:keepNext/>
        <w:spacing w:before="100"/>
      </w:pPr>
      <w:r>
        <w:rPr>
          <w:b/>
          <w:sz w:val="20"/>
        </w:rPr>
        <w:t>2.12.2. Tecnológico</w:t>
      </w:r>
    </w:p>
    <w:p w14:paraId="17AEDEF0" w14:textId="77777777" w:rsidR="00243343" w:rsidRDefault="00376615">
      <w:pPr>
        <w:spacing w:after="80" w:line="240" w:lineRule="auto"/>
      </w:pPr>
      <w:r>
        <w:rPr>
          <w:i/>
          <w:color w:val="595959"/>
          <w:sz w:val="17"/>
        </w:rPr>
        <w:t xml:space="preserve">Produtos, processos, </w:t>
      </w:r>
      <w:r>
        <w:rPr>
          <w:i/>
          <w:color w:val="595959"/>
          <w:sz w:val="17"/>
        </w:rPr>
        <w:t>metodologias, protótipos, softwares, propriedade intelectual ou avanço de maturidade tecnológica.</w:t>
      </w:r>
    </w:p>
    <w:p w14:paraId="2AAB511D" w14:textId="77777777" w:rsidR="00243343" w:rsidRDefault="00243343">
      <w:pPr>
        <w:spacing w:after="0" w:line="240" w:lineRule="auto"/>
      </w:pPr>
    </w:p>
    <w:p w14:paraId="09539AA8" w14:textId="77777777" w:rsidR="00243343" w:rsidRDefault="00243343">
      <w:pPr>
        <w:spacing w:after="0" w:line="240" w:lineRule="auto"/>
      </w:pPr>
    </w:p>
    <w:p w14:paraId="6760DFB1" w14:textId="77777777" w:rsidR="00243343" w:rsidRDefault="00376615">
      <w:pPr>
        <w:keepNext/>
        <w:spacing w:before="100"/>
      </w:pPr>
      <w:r>
        <w:rPr>
          <w:b/>
          <w:sz w:val="20"/>
        </w:rPr>
        <w:t>2.12.3. Econômico</w:t>
      </w:r>
    </w:p>
    <w:p w14:paraId="0A728024" w14:textId="77777777" w:rsidR="00243343" w:rsidRDefault="00376615">
      <w:pPr>
        <w:spacing w:after="80" w:line="240" w:lineRule="auto"/>
      </w:pPr>
      <w:r>
        <w:rPr>
          <w:i/>
          <w:color w:val="595959"/>
          <w:sz w:val="17"/>
        </w:rPr>
        <w:t>Ganhos de eficiência, redução de custos, geração de valor, inovação, competitividade ou desenvolvimento regional.</w:t>
      </w:r>
    </w:p>
    <w:p w14:paraId="65AA9BB3" w14:textId="77777777" w:rsidR="00243343" w:rsidRDefault="00243343">
      <w:pPr>
        <w:spacing w:after="0" w:line="240" w:lineRule="auto"/>
      </w:pPr>
    </w:p>
    <w:p w14:paraId="5D240BD3" w14:textId="77777777" w:rsidR="00243343" w:rsidRDefault="00243343">
      <w:pPr>
        <w:spacing w:after="0" w:line="240" w:lineRule="auto"/>
      </w:pPr>
    </w:p>
    <w:p w14:paraId="4AE689C6" w14:textId="77777777" w:rsidR="00243343" w:rsidRDefault="00376615">
      <w:pPr>
        <w:keepNext/>
        <w:spacing w:before="100"/>
      </w:pPr>
      <w:r>
        <w:rPr>
          <w:b/>
          <w:sz w:val="20"/>
        </w:rPr>
        <w:t>2.12.4. Social</w:t>
      </w:r>
    </w:p>
    <w:p w14:paraId="09404EE5" w14:textId="77777777" w:rsidR="00243343" w:rsidRDefault="00376615">
      <w:pPr>
        <w:spacing w:after="80" w:line="240" w:lineRule="auto"/>
      </w:pPr>
      <w:r>
        <w:rPr>
          <w:i/>
          <w:color w:val="595959"/>
          <w:sz w:val="17"/>
        </w:rPr>
        <w:t>Benefícios para públicos, comunidades, políticas públicas, inclusão, qualidade de vida ou difusão do conhecimento.</w:t>
      </w:r>
    </w:p>
    <w:p w14:paraId="031F5221" w14:textId="77777777" w:rsidR="00243343" w:rsidRDefault="00243343">
      <w:pPr>
        <w:spacing w:after="0" w:line="240" w:lineRule="auto"/>
      </w:pPr>
    </w:p>
    <w:p w14:paraId="639E7289" w14:textId="77777777" w:rsidR="00243343" w:rsidRDefault="00243343">
      <w:pPr>
        <w:spacing w:after="0" w:line="240" w:lineRule="auto"/>
      </w:pPr>
    </w:p>
    <w:p w14:paraId="509CD49A" w14:textId="77777777" w:rsidR="00243343" w:rsidRDefault="00376615">
      <w:pPr>
        <w:keepNext/>
        <w:spacing w:before="100"/>
      </w:pPr>
      <w:r>
        <w:rPr>
          <w:b/>
          <w:sz w:val="20"/>
        </w:rPr>
        <w:t>2.12.5. Ambiental</w:t>
      </w:r>
    </w:p>
    <w:p w14:paraId="2B94F8D4" w14:textId="77777777" w:rsidR="00243343" w:rsidRDefault="00376615">
      <w:pPr>
        <w:spacing w:after="80" w:line="240" w:lineRule="auto"/>
      </w:pPr>
      <w:r>
        <w:rPr>
          <w:i/>
          <w:color w:val="595959"/>
          <w:sz w:val="17"/>
        </w:rPr>
        <w:t>Sustentabilidade, conservação, mitigação de impactos, uso eficiente de recursos ou soluções ambientais.</w:t>
      </w:r>
    </w:p>
    <w:p w14:paraId="0D1AB18A" w14:textId="77777777" w:rsidR="00243343" w:rsidRDefault="00243343">
      <w:pPr>
        <w:spacing w:after="0" w:line="240" w:lineRule="auto"/>
      </w:pPr>
    </w:p>
    <w:p w14:paraId="5419AA69" w14:textId="77777777" w:rsidR="00243343" w:rsidRDefault="00243343">
      <w:pPr>
        <w:spacing w:after="0" w:line="240" w:lineRule="auto"/>
      </w:pPr>
    </w:p>
    <w:p w14:paraId="77AB6F95" w14:textId="77777777" w:rsidR="00243343" w:rsidRDefault="00376615">
      <w:pPr>
        <w:keepNext/>
        <w:spacing w:before="100"/>
      </w:pPr>
      <w:r>
        <w:rPr>
          <w:b/>
          <w:sz w:val="20"/>
        </w:rPr>
        <w:t>2.13. Correlação com os Objetivos de Desenvolvimento Sustentável (ODS) e práticas ESG</w:t>
      </w:r>
    </w:p>
    <w:p w14:paraId="06E4A77C" w14:textId="77777777" w:rsidR="00243343" w:rsidRDefault="00376615">
      <w:pPr>
        <w:spacing w:after="80" w:line="240" w:lineRule="auto"/>
      </w:pPr>
      <w:r>
        <w:rPr>
          <w:i/>
          <w:color w:val="595959"/>
          <w:sz w:val="17"/>
        </w:rPr>
        <w:t>Indicar os ODS relacionados e explicar a contribuição da proposta. Quando aplicável, identificar práticas ambientais, sociais e de governança consideradas na execução e nos resultados.</w:t>
      </w: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87"/>
        <w:gridCol w:w="2891"/>
        <w:gridCol w:w="5670"/>
      </w:tblGrid>
      <w:tr w:rsidR="00243343" w14:paraId="5E021D1B" w14:textId="77777777">
        <w:trPr>
          <w:cantSplit/>
          <w:tblHeader/>
          <w:jc w:val="center"/>
        </w:trPr>
        <w:tc>
          <w:tcPr>
            <w:tcW w:w="1587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F9F95F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lastRenderedPageBreak/>
              <w:t>ODS nº</w:t>
            </w:r>
          </w:p>
        </w:tc>
        <w:tc>
          <w:tcPr>
            <w:tcW w:w="2891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E06343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Título do ODS</w:t>
            </w:r>
          </w:p>
        </w:tc>
        <w:tc>
          <w:tcPr>
            <w:tcW w:w="5670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4CF28E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Contribuição do projeto</w:t>
            </w:r>
          </w:p>
        </w:tc>
      </w:tr>
      <w:tr w:rsidR="00243343" w14:paraId="2E4B590C" w14:textId="77777777">
        <w:trPr>
          <w:cantSplit/>
          <w:jc w:val="center"/>
        </w:trPr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2387D4" w14:textId="77777777" w:rsidR="00243343" w:rsidRDefault="00243343">
            <w:pPr>
              <w:spacing w:after="0"/>
            </w:pPr>
          </w:p>
        </w:tc>
        <w:tc>
          <w:tcPr>
            <w:tcW w:w="289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1E7C85" w14:textId="77777777" w:rsidR="00243343" w:rsidRDefault="00243343">
            <w:pPr>
              <w:spacing w:after="0"/>
            </w:pPr>
          </w:p>
        </w:tc>
        <w:tc>
          <w:tcPr>
            <w:tcW w:w="567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9BF679" w14:textId="77777777" w:rsidR="00243343" w:rsidRDefault="00243343">
            <w:pPr>
              <w:spacing w:after="0"/>
            </w:pPr>
          </w:p>
        </w:tc>
      </w:tr>
      <w:tr w:rsidR="00243343" w14:paraId="3A3148B5" w14:textId="77777777">
        <w:trPr>
          <w:cantSplit/>
          <w:jc w:val="center"/>
        </w:trPr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A3FA14" w14:textId="77777777" w:rsidR="00243343" w:rsidRDefault="00243343">
            <w:pPr>
              <w:spacing w:after="0"/>
            </w:pPr>
          </w:p>
        </w:tc>
        <w:tc>
          <w:tcPr>
            <w:tcW w:w="289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BD8723" w14:textId="77777777" w:rsidR="00243343" w:rsidRDefault="00243343">
            <w:pPr>
              <w:spacing w:after="0"/>
            </w:pPr>
          </w:p>
        </w:tc>
        <w:tc>
          <w:tcPr>
            <w:tcW w:w="567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F63A8F" w14:textId="77777777" w:rsidR="00243343" w:rsidRDefault="00243343">
            <w:pPr>
              <w:spacing w:after="0"/>
            </w:pPr>
          </w:p>
        </w:tc>
      </w:tr>
      <w:tr w:rsidR="00243343" w14:paraId="24BF127C" w14:textId="77777777">
        <w:trPr>
          <w:cantSplit/>
          <w:jc w:val="center"/>
        </w:trPr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BF098B" w14:textId="77777777" w:rsidR="00243343" w:rsidRDefault="00243343">
            <w:pPr>
              <w:spacing w:after="0"/>
            </w:pPr>
          </w:p>
        </w:tc>
        <w:tc>
          <w:tcPr>
            <w:tcW w:w="289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DDDF68" w14:textId="77777777" w:rsidR="00243343" w:rsidRDefault="00243343">
            <w:pPr>
              <w:spacing w:after="0"/>
            </w:pPr>
          </w:p>
        </w:tc>
        <w:tc>
          <w:tcPr>
            <w:tcW w:w="567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D05E51" w14:textId="77777777" w:rsidR="00243343" w:rsidRDefault="00243343">
            <w:pPr>
              <w:spacing w:after="0"/>
            </w:pPr>
          </w:p>
        </w:tc>
      </w:tr>
    </w:tbl>
    <w:p w14:paraId="5134D658" w14:textId="77777777" w:rsidR="00243343" w:rsidRDefault="00376615">
      <w:pPr>
        <w:keepNext/>
        <w:spacing w:before="100"/>
      </w:pPr>
      <w:r>
        <w:rPr>
          <w:b/>
          <w:sz w:val="20"/>
        </w:rPr>
        <w:t>2.14. Riscos e estratégias de mitigação (até 1.200 palavras)</w:t>
      </w:r>
    </w:p>
    <w:p w14:paraId="730FC9C1" w14:textId="77777777" w:rsidR="00243343" w:rsidRDefault="00376615">
      <w:pPr>
        <w:spacing w:after="80" w:line="240" w:lineRule="auto"/>
      </w:pPr>
      <w:r>
        <w:rPr>
          <w:i/>
          <w:color w:val="595959"/>
          <w:sz w:val="17"/>
        </w:rPr>
        <w:t xml:space="preserve">Identificar riscos científicos, técnicos, operacionais, ambientais, regulatórios, orçamentários ou de cronograma e indicar as </w:t>
      </w:r>
      <w:r>
        <w:rPr>
          <w:i/>
          <w:color w:val="595959"/>
          <w:sz w:val="17"/>
        </w:rPr>
        <w:t>medidas de prevenção ou mitigação.</w:t>
      </w:r>
    </w:p>
    <w:p w14:paraId="0F38357A" w14:textId="77777777" w:rsidR="00376615" w:rsidRDefault="00376615">
      <w:pPr>
        <w:keepNext/>
        <w:spacing w:before="100"/>
        <w:rPr>
          <w:b/>
          <w:sz w:val="20"/>
        </w:rPr>
      </w:pPr>
    </w:p>
    <w:p w14:paraId="1AAF042C" w14:textId="6A2B03A8" w:rsidR="00243343" w:rsidRDefault="00376615">
      <w:pPr>
        <w:keepNext/>
        <w:spacing w:before="100"/>
      </w:pPr>
      <w:r>
        <w:rPr>
          <w:b/>
          <w:sz w:val="20"/>
        </w:rPr>
        <w:t>2.15. Referências bibliográficas</w:t>
      </w:r>
    </w:p>
    <w:p w14:paraId="473FC2C2" w14:textId="77777777" w:rsidR="00243343" w:rsidRDefault="00376615">
      <w:pPr>
        <w:spacing w:after="80" w:line="240" w:lineRule="auto"/>
      </w:pPr>
      <w:r>
        <w:rPr>
          <w:i/>
          <w:color w:val="595959"/>
          <w:sz w:val="17"/>
        </w:rPr>
        <w:t xml:space="preserve">Listar somente as referências citadas na proposta, utilizando padrão bibliográfico </w:t>
      </w:r>
      <w:r>
        <w:rPr>
          <w:i/>
          <w:color w:val="595959"/>
          <w:sz w:val="17"/>
        </w:rPr>
        <w:t>consistente.</w:t>
      </w:r>
    </w:p>
    <w:p w14:paraId="741F5DD9" w14:textId="77777777" w:rsidR="00243343" w:rsidRDefault="00243343">
      <w:pPr>
        <w:spacing w:after="0" w:line="240" w:lineRule="auto"/>
      </w:pPr>
    </w:p>
    <w:p w14:paraId="726031B5" w14:textId="77777777" w:rsidR="00243343" w:rsidRDefault="00243343">
      <w:pPr>
        <w:spacing w:after="0" w:line="240" w:lineRule="auto"/>
      </w:pPr>
    </w:p>
    <w:p w14:paraId="6F5FF1E6" w14:textId="77777777" w:rsidR="00243343" w:rsidRDefault="00243343">
      <w:pPr>
        <w:spacing w:after="0" w:line="240" w:lineRule="auto"/>
      </w:pPr>
    </w:p>
    <w:p w14:paraId="4ECFFC37" w14:textId="77777777" w:rsidR="00243343" w:rsidRDefault="00243343">
      <w:pPr>
        <w:spacing w:after="0" w:line="240" w:lineRule="auto"/>
      </w:pPr>
    </w:p>
    <w:p w14:paraId="06113B88" w14:textId="77777777" w:rsidR="00243343" w:rsidRDefault="00376615">
      <w:pPr>
        <w:keepNext/>
        <w:spacing w:before="160"/>
      </w:pPr>
      <w:r>
        <w:rPr>
          <w:b/>
          <w:sz w:val="22"/>
        </w:rPr>
        <w:t>3. ESTIMATIVA DE INDICADORES DE PRODUÇÃO</w:t>
      </w:r>
    </w:p>
    <w:p w14:paraId="5E25962A" w14:textId="77777777" w:rsidR="00243343" w:rsidRDefault="00376615">
      <w:pPr>
        <w:spacing w:after="80" w:line="240" w:lineRule="auto"/>
      </w:pPr>
      <w:r>
        <w:rPr>
          <w:i/>
          <w:color w:val="595959"/>
          <w:sz w:val="17"/>
        </w:rPr>
        <w:t>Informar as entregas previstas durante a vigência do projeto. Utilizar valores realistas e compatíveis com os objetivos, metas e cronograma.</w:t>
      </w:r>
    </w:p>
    <w:p w14:paraId="62FEA737" w14:textId="77777777" w:rsidR="00243343" w:rsidRDefault="00376615">
      <w:pPr>
        <w:keepNext/>
        <w:spacing w:before="100"/>
      </w:pPr>
      <w:r>
        <w:rPr>
          <w:b/>
          <w:sz w:val="20"/>
        </w:rPr>
        <w:t>3.1. Produção bibliográfica</w:t>
      </w: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237"/>
        <w:gridCol w:w="1927"/>
        <w:gridCol w:w="1984"/>
      </w:tblGrid>
      <w:tr w:rsidR="00243343" w14:paraId="1A04CA7B" w14:textId="77777777">
        <w:trPr>
          <w:cantSplit/>
          <w:tblHeader/>
          <w:jc w:val="center"/>
        </w:trPr>
        <w:tc>
          <w:tcPr>
            <w:tcW w:w="6237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61E0A4" w14:textId="77777777" w:rsidR="00243343" w:rsidRDefault="00376615">
            <w:pPr>
              <w:spacing w:after="0"/>
            </w:pPr>
            <w:r>
              <w:rPr>
                <w:b/>
                <w:sz w:val="16"/>
              </w:rPr>
              <w:t>Produção bibliográfica</w:t>
            </w:r>
          </w:p>
        </w:tc>
        <w:tc>
          <w:tcPr>
            <w:tcW w:w="1927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F3D07D" w14:textId="77777777" w:rsidR="00243343" w:rsidRDefault="00376615">
            <w:pPr>
              <w:spacing w:after="0"/>
            </w:pPr>
            <w:r>
              <w:rPr>
                <w:b/>
                <w:sz w:val="16"/>
              </w:rPr>
              <w:t>Quantidade nacional</w:t>
            </w:r>
          </w:p>
        </w:tc>
        <w:tc>
          <w:tcPr>
            <w:tcW w:w="1984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922E3F" w14:textId="77777777" w:rsidR="00243343" w:rsidRDefault="00376615">
            <w:pPr>
              <w:spacing w:after="0"/>
            </w:pPr>
            <w:r>
              <w:rPr>
                <w:b/>
                <w:sz w:val="16"/>
              </w:rPr>
              <w:t>Quantidade internacional</w:t>
            </w:r>
          </w:p>
        </w:tc>
      </w:tr>
      <w:tr w:rsidR="00243343" w14:paraId="0713A566" w14:textId="77777777">
        <w:trPr>
          <w:cantSplit/>
          <w:jc w:val="center"/>
        </w:trPr>
        <w:tc>
          <w:tcPr>
            <w:tcW w:w="623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D88EE0" w14:textId="77777777" w:rsidR="00243343" w:rsidRDefault="00376615">
            <w:pPr>
              <w:spacing w:after="0"/>
            </w:pPr>
            <w:r>
              <w:rPr>
                <w:sz w:val="16"/>
              </w:rPr>
              <w:t>Artigo completo publicado, aceito ou submetido em periódico científico com corpo editorial</w:t>
            </w:r>
          </w:p>
        </w:tc>
        <w:tc>
          <w:tcPr>
            <w:tcW w:w="192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EDF813" w14:textId="77777777" w:rsidR="00243343" w:rsidRDefault="00243343">
            <w:pPr>
              <w:spacing w:after="0"/>
            </w:pPr>
          </w:p>
        </w:tc>
        <w:tc>
          <w:tcPr>
            <w:tcW w:w="198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52BC6E" w14:textId="77777777" w:rsidR="00243343" w:rsidRDefault="00243343">
            <w:pPr>
              <w:spacing w:after="0"/>
            </w:pPr>
          </w:p>
        </w:tc>
      </w:tr>
      <w:tr w:rsidR="00243343" w14:paraId="63BD43C5" w14:textId="77777777">
        <w:trPr>
          <w:cantSplit/>
          <w:jc w:val="center"/>
        </w:trPr>
        <w:tc>
          <w:tcPr>
            <w:tcW w:w="623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BD00F1" w14:textId="77777777" w:rsidR="00243343" w:rsidRDefault="00376615">
            <w:pPr>
              <w:spacing w:after="0"/>
            </w:pPr>
            <w:r>
              <w:rPr>
                <w:sz w:val="16"/>
              </w:rPr>
              <w:t>Livro ou capítulo de livro com corpo editorial e ISBN</w:t>
            </w:r>
          </w:p>
        </w:tc>
        <w:tc>
          <w:tcPr>
            <w:tcW w:w="192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D9CA95" w14:textId="77777777" w:rsidR="00243343" w:rsidRDefault="00243343">
            <w:pPr>
              <w:spacing w:after="0"/>
            </w:pPr>
          </w:p>
        </w:tc>
        <w:tc>
          <w:tcPr>
            <w:tcW w:w="198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3D9656" w14:textId="77777777" w:rsidR="00243343" w:rsidRDefault="00243343">
            <w:pPr>
              <w:spacing w:after="0"/>
            </w:pPr>
          </w:p>
        </w:tc>
      </w:tr>
      <w:tr w:rsidR="00243343" w14:paraId="169B7485" w14:textId="77777777">
        <w:trPr>
          <w:cantSplit/>
          <w:jc w:val="center"/>
        </w:trPr>
        <w:tc>
          <w:tcPr>
            <w:tcW w:w="623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DDD74C" w14:textId="77777777" w:rsidR="00243343" w:rsidRDefault="00376615">
            <w:pPr>
              <w:spacing w:after="0"/>
            </w:pPr>
            <w:r>
              <w:rPr>
                <w:sz w:val="16"/>
              </w:rPr>
              <w:t>Organização ou editoração de livro ou periódico</w:t>
            </w:r>
          </w:p>
        </w:tc>
        <w:tc>
          <w:tcPr>
            <w:tcW w:w="192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996CAE" w14:textId="77777777" w:rsidR="00243343" w:rsidRDefault="00243343">
            <w:pPr>
              <w:spacing w:after="0"/>
            </w:pPr>
          </w:p>
        </w:tc>
        <w:tc>
          <w:tcPr>
            <w:tcW w:w="198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EB229B" w14:textId="77777777" w:rsidR="00243343" w:rsidRDefault="00243343">
            <w:pPr>
              <w:spacing w:after="0"/>
            </w:pPr>
          </w:p>
        </w:tc>
      </w:tr>
      <w:tr w:rsidR="00243343" w14:paraId="39B20816" w14:textId="77777777">
        <w:trPr>
          <w:cantSplit/>
          <w:jc w:val="center"/>
        </w:trPr>
        <w:tc>
          <w:tcPr>
            <w:tcW w:w="623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D1CE7B" w14:textId="77777777" w:rsidR="00243343" w:rsidRDefault="00376615">
            <w:pPr>
              <w:spacing w:after="0"/>
            </w:pPr>
            <w:r>
              <w:rPr>
                <w:sz w:val="16"/>
              </w:rPr>
              <w:t>Comunicação ou trabalho completo em anais de evento</w:t>
            </w:r>
          </w:p>
        </w:tc>
        <w:tc>
          <w:tcPr>
            <w:tcW w:w="192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EB3F6A" w14:textId="77777777" w:rsidR="00243343" w:rsidRDefault="00243343">
            <w:pPr>
              <w:spacing w:after="0"/>
            </w:pPr>
          </w:p>
        </w:tc>
        <w:tc>
          <w:tcPr>
            <w:tcW w:w="198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ECB393" w14:textId="77777777" w:rsidR="00243343" w:rsidRDefault="00243343">
            <w:pPr>
              <w:spacing w:after="0"/>
            </w:pPr>
          </w:p>
        </w:tc>
      </w:tr>
      <w:tr w:rsidR="00243343" w14:paraId="46CF26E1" w14:textId="77777777">
        <w:trPr>
          <w:cantSplit/>
          <w:jc w:val="center"/>
        </w:trPr>
        <w:tc>
          <w:tcPr>
            <w:tcW w:w="623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ED0D3A" w14:textId="77777777" w:rsidR="00243343" w:rsidRDefault="00376615">
            <w:pPr>
              <w:spacing w:after="0"/>
            </w:pPr>
            <w:r>
              <w:rPr>
                <w:sz w:val="16"/>
              </w:rPr>
              <w:t>Resumo publicado em evento científico</w:t>
            </w:r>
          </w:p>
        </w:tc>
        <w:tc>
          <w:tcPr>
            <w:tcW w:w="192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217717" w14:textId="77777777" w:rsidR="00243343" w:rsidRDefault="00243343">
            <w:pPr>
              <w:spacing w:after="0"/>
            </w:pPr>
          </w:p>
        </w:tc>
        <w:tc>
          <w:tcPr>
            <w:tcW w:w="198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E25B23" w14:textId="77777777" w:rsidR="00243343" w:rsidRDefault="00243343">
            <w:pPr>
              <w:spacing w:after="0"/>
            </w:pPr>
          </w:p>
        </w:tc>
      </w:tr>
      <w:tr w:rsidR="00243343" w14:paraId="1576294F" w14:textId="77777777">
        <w:trPr>
          <w:cantSplit/>
          <w:jc w:val="center"/>
        </w:trPr>
        <w:tc>
          <w:tcPr>
            <w:tcW w:w="623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13656D" w14:textId="77777777" w:rsidR="00243343" w:rsidRDefault="00376615">
            <w:pPr>
              <w:spacing w:after="0"/>
            </w:pPr>
            <w:r>
              <w:rPr>
                <w:sz w:val="16"/>
              </w:rPr>
              <w:t>Texto de divulgação em jornal, revista ou mídia institucional</w:t>
            </w:r>
          </w:p>
        </w:tc>
        <w:tc>
          <w:tcPr>
            <w:tcW w:w="192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26B85A" w14:textId="77777777" w:rsidR="00243343" w:rsidRDefault="00243343">
            <w:pPr>
              <w:spacing w:after="0"/>
            </w:pPr>
          </w:p>
        </w:tc>
        <w:tc>
          <w:tcPr>
            <w:tcW w:w="198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7B1F8D" w14:textId="77777777" w:rsidR="00243343" w:rsidRDefault="00243343">
            <w:pPr>
              <w:spacing w:after="0"/>
            </w:pPr>
          </w:p>
        </w:tc>
      </w:tr>
      <w:tr w:rsidR="00243343" w14:paraId="56CC608C" w14:textId="77777777">
        <w:trPr>
          <w:cantSplit/>
          <w:jc w:val="center"/>
        </w:trPr>
        <w:tc>
          <w:tcPr>
            <w:tcW w:w="623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1B814E" w14:textId="77777777" w:rsidR="00243343" w:rsidRDefault="00376615">
            <w:pPr>
              <w:spacing w:after="0"/>
            </w:pPr>
            <w:r>
              <w:rPr>
                <w:sz w:val="16"/>
              </w:rPr>
              <w:t>Outra produção bibliográfica</w:t>
            </w:r>
          </w:p>
        </w:tc>
        <w:tc>
          <w:tcPr>
            <w:tcW w:w="192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3C83B9" w14:textId="77777777" w:rsidR="00243343" w:rsidRDefault="00243343">
            <w:pPr>
              <w:spacing w:after="0"/>
            </w:pPr>
          </w:p>
        </w:tc>
        <w:tc>
          <w:tcPr>
            <w:tcW w:w="198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9629BE" w14:textId="77777777" w:rsidR="00243343" w:rsidRDefault="00243343">
            <w:pPr>
              <w:spacing w:after="0"/>
            </w:pPr>
          </w:p>
        </w:tc>
      </w:tr>
    </w:tbl>
    <w:p w14:paraId="79A0C4E1" w14:textId="77777777" w:rsidR="00243343" w:rsidRDefault="00376615">
      <w:pPr>
        <w:keepNext/>
        <w:spacing w:before="100"/>
      </w:pPr>
      <w:r>
        <w:rPr>
          <w:b/>
          <w:sz w:val="20"/>
        </w:rPr>
        <w:t>3.2. Produção técnica ou tecnológica</w:t>
      </w: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64"/>
        <w:gridCol w:w="1984"/>
      </w:tblGrid>
      <w:tr w:rsidR="00243343" w14:paraId="5F6F06A2" w14:textId="77777777">
        <w:trPr>
          <w:cantSplit/>
          <w:tblHeader/>
          <w:jc w:val="center"/>
        </w:trPr>
        <w:tc>
          <w:tcPr>
            <w:tcW w:w="8164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ADECC4" w14:textId="77777777" w:rsidR="00243343" w:rsidRDefault="00376615">
            <w:pPr>
              <w:spacing w:after="0"/>
            </w:pPr>
            <w:r>
              <w:rPr>
                <w:b/>
                <w:sz w:val="16"/>
              </w:rPr>
              <w:t xml:space="preserve">Produção técnica ou </w:t>
            </w:r>
            <w:r>
              <w:rPr>
                <w:b/>
                <w:sz w:val="16"/>
              </w:rPr>
              <w:t>tecnológica</w:t>
            </w:r>
          </w:p>
        </w:tc>
        <w:tc>
          <w:tcPr>
            <w:tcW w:w="1984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60ECF3" w14:textId="77777777" w:rsidR="00243343" w:rsidRDefault="00376615">
            <w:pPr>
              <w:spacing w:after="0"/>
            </w:pPr>
            <w:r>
              <w:rPr>
                <w:b/>
                <w:sz w:val="16"/>
              </w:rPr>
              <w:t>Quantidade</w:t>
            </w:r>
          </w:p>
        </w:tc>
      </w:tr>
      <w:tr w:rsidR="00243343" w14:paraId="0B18EDD5" w14:textId="77777777">
        <w:trPr>
          <w:cantSplit/>
          <w:jc w:val="center"/>
        </w:trPr>
        <w:tc>
          <w:tcPr>
            <w:tcW w:w="816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5E6552" w14:textId="77777777" w:rsidR="00243343" w:rsidRDefault="00376615">
            <w:pPr>
              <w:spacing w:after="0"/>
            </w:pPr>
            <w:r>
              <w:rPr>
                <w:sz w:val="16"/>
              </w:rPr>
              <w:t>Software com ou sem registro/patente</w:t>
            </w:r>
          </w:p>
        </w:tc>
        <w:tc>
          <w:tcPr>
            <w:tcW w:w="198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61C6EA" w14:textId="77777777" w:rsidR="00243343" w:rsidRDefault="00243343">
            <w:pPr>
              <w:spacing w:after="0"/>
            </w:pPr>
          </w:p>
        </w:tc>
      </w:tr>
      <w:tr w:rsidR="00243343" w14:paraId="7965B89C" w14:textId="77777777">
        <w:trPr>
          <w:cantSplit/>
          <w:jc w:val="center"/>
        </w:trPr>
        <w:tc>
          <w:tcPr>
            <w:tcW w:w="816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68AA4B" w14:textId="77777777" w:rsidR="00243343" w:rsidRDefault="00376615">
            <w:pPr>
              <w:spacing w:after="0"/>
            </w:pPr>
            <w:r>
              <w:rPr>
                <w:sz w:val="16"/>
              </w:rPr>
              <w:t>Produto, piloto, projeto ou protótipo com ou sem registro/patente</w:t>
            </w:r>
          </w:p>
        </w:tc>
        <w:tc>
          <w:tcPr>
            <w:tcW w:w="198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59D5A4" w14:textId="77777777" w:rsidR="00243343" w:rsidRDefault="00243343">
            <w:pPr>
              <w:spacing w:after="0"/>
            </w:pPr>
          </w:p>
        </w:tc>
      </w:tr>
      <w:tr w:rsidR="00243343" w14:paraId="24E2908F" w14:textId="77777777">
        <w:trPr>
          <w:cantSplit/>
          <w:jc w:val="center"/>
        </w:trPr>
        <w:tc>
          <w:tcPr>
            <w:tcW w:w="816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68362D" w14:textId="77777777" w:rsidR="00243343" w:rsidRDefault="00376615">
            <w:pPr>
              <w:spacing w:after="0"/>
            </w:pPr>
            <w:r>
              <w:rPr>
                <w:sz w:val="16"/>
              </w:rPr>
              <w:t>Processo, técnica ou metodologia com ou sem registro/patente</w:t>
            </w:r>
          </w:p>
        </w:tc>
        <w:tc>
          <w:tcPr>
            <w:tcW w:w="198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F33FC8" w14:textId="77777777" w:rsidR="00243343" w:rsidRDefault="00243343">
            <w:pPr>
              <w:spacing w:after="0"/>
            </w:pPr>
          </w:p>
        </w:tc>
      </w:tr>
      <w:tr w:rsidR="00243343" w14:paraId="5E1C8B1E" w14:textId="77777777">
        <w:trPr>
          <w:cantSplit/>
          <w:jc w:val="center"/>
        </w:trPr>
        <w:tc>
          <w:tcPr>
            <w:tcW w:w="816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D07A91" w14:textId="77777777" w:rsidR="00243343" w:rsidRDefault="00376615">
            <w:pPr>
              <w:spacing w:after="0"/>
            </w:pPr>
            <w:r>
              <w:rPr>
                <w:sz w:val="16"/>
              </w:rPr>
              <w:t xml:space="preserve">Trabalho técnico, assessoria, consultoria, parecer ou </w:t>
            </w:r>
            <w:r>
              <w:rPr>
                <w:sz w:val="16"/>
              </w:rPr>
              <w:t>relatório</w:t>
            </w:r>
          </w:p>
        </w:tc>
        <w:tc>
          <w:tcPr>
            <w:tcW w:w="198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FAE47E" w14:textId="77777777" w:rsidR="00243343" w:rsidRDefault="00243343">
            <w:pPr>
              <w:spacing w:after="0"/>
            </w:pPr>
          </w:p>
        </w:tc>
      </w:tr>
      <w:tr w:rsidR="00243343" w14:paraId="7172E57F" w14:textId="77777777">
        <w:trPr>
          <w:cantSplit/>
          <w:jc w:val="center"/>
        </w:trPr>
        <w:tc>
          <w:tcPr>
            <w:tcW w:w="816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11D378" w14:textId="77777777" w:rsidR="00243343" w:rsidRDefault="00376615">
            <w:pPr>
              <w:spacing w:after="0"/>
            </w:pPr>
            <w:r>
              <w:rPr>
                <w:sz w:val="16"/>
              </w:rPr>
              <w:t>Material didático ou instrucional</w:t>
            </w:r>
          </w:p>
        </w:tc>
        <w:tc>
          <w:tcPr>
            <w:tcW w:w="198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EA66B4" w14:textId="77777777" w:rsidR="00243343" w:rsidRDefault="00243343">
            <w:pPr>
              <w:spacing w:after="0"/>
            </w:pPr>
          </w:p>
        </w:tc>
      </w:tr>
      <w:tr w:rsidR="00243343" w14:paraId="7103752E" w14:textId="77777777">
        <w:trPr>
          <w:cantSplit/>
          <w:jc w:val="center"/>
        </w:trPr>
        <w:tc>
          <w:tcPr>
            <w:tcW w:w="816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DB3EBB" w14:textId="77777777" w:rsidR="00243343" w:rsidRDefault="00376615">
            <w:pPr>
              <w:spacing w:after="0"/>
            </w:pPr>
            <w:r>
              <w:rPr>
                <w:sz w:val="16"/>
              </w:rPr>
              <w:lastRenderedPageBreak/>
              <w:t>Pedido, depósito, concessão ou licenciamento de propriedade intelectual</w:t>
            </w:r>
          </w:p>
        </w:tc>
        <w:tc>
          <w:tcPr>
            <w:tcW w:w="198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02870A" w14:textId="77777777" w:rsidR="00243343" w:rsidRDefault="00243343">
            <w:pPr>
              <w:spacing w:after="0"/>
            </w:pPr>
          </w:p>
        </w:tc>
      </w:tr>
      <w:tr w:rsidR="00243343" w14:paraId="69814AD5" w14:textId="77777777">
        <w:trPr>
          <w:cantSplit/>
          <w:jc w:val="center"/>
        </w:trPr>
        <w:tc>
          <w:tcPr>
            <w:tcW w:w="816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B34AF1" w14:textId="77777777" w:rsidR="00243343" w:rsidRDefault="00376615">
            <w:pPr>
              <w:spacing w:after="0"/>
            </w:pPr>
            <w:r>
              <w:rPr>
                <w:sz w:val="16"/>
              </w:rPr>
              <w:t>Unidade demonstrativa, validação tecnológica ou serviço técnico-científico implantado</w:t>
            </w:r>
          </w:p>
        </w:tc>
        <w:tc>
          <w:tcPr>
            <w:tcW w:w="198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4EC24F" w14:textId="77777777" w:rsidR="00243343" w:rsidRDefault="00243343">
            <w:pPr>
              <w:spacing w:after="0"/>
            </w:pPr>
          </w:p>
        </w:tc>
      </w:tr>
      <w:tr w:rsidR="00243343" w14:paraId="40B4BB78" w14:textId="77777777">
        <w:trPr>
          <w:cantSplit/>
          <w:jc w:val="center"/>
        </w:trPr>
        <w:tc>
          <w:tcPr>
            <w:tcW w:w="816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20AA38" w14:textId="77777777" w:rsidR="00243343" w:rsidRDefault="00376615">
            <w:pPr>
              <w:spacing w:after="0"/>
            </w:pPr>
            <w:r>
              <w:rPr>
                <w:sz w:val="16"/>
              </w:rPr>
              <w:t xml:space="preserve">Outra produção técnica ou </w:t>
            </w:r>
            <w:r>
              <w:rPr>
                <w:sz w:val="16"/>
              </w:rPr>
              <w:t>tecnológica</w:t>
            </w:r>
          </w:p>
        </w:tc>
        <w:tc>
          <w:tcPr>
            <w:tcW w:w="198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2EDBD8" w14:textId="77777777" w:rsidR="00243343" w:rsidRDefault="00243343">
            <w:pPr>
              <w:spacing w:after="0"/>
            </w:pPr>
          </w:p>
        </w:tc>
      </w:tr>
    </w:tbl>
    <w:p w14:paraId="7088C7CD" w14:textId="77777777" w:rsidR="00243343" w:rsidRDefault="00376615">
      <w:pPr>
        <w:keepNext/>
        <w:spacing w:before="100"/>
      </w:pPr>
      <w:r>
        <w:rPr>
          <w:b/>
          <w:sz w:val="20"/>
        </w:rPr>
        <w:t>3.3. Formação de recursos humanos</w:t>
      </w: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64"/>
        <w:gridCol w:w="1984"/>
      </w:tblGrid>
      <w:tr w:rsidR="00243343" w14:paraId="1239C2C4" w14:textId="77777777">
        <w:trPr>
          <w:cantSplit/>
          <w:tblHeader/>
          <w:jc w:val="center"/>
        </w:trPr>
        <w:tc>
          <w:tcPr>
            <w:tcW w:w="8164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66022D" w14:textId="77777777" w:rsidR="00243343" w:rsidRDefault="00376615">
            <w:pPr>
              <w:spacing w:after="0"/>
            </w:pPr>
            <w:r>
              <w:rPr>
                <w:b/>
                <w:sz w:val="16"/>
              </w:rPr>
              <w:t>Modalidade</w:t>
            </w:r>
          </w:p>
        </w:tc>
        <w:tc>
          <w:tcPr>
            <w:tcW w:w="1984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6E582E" w14:textId="77777777" w:rsidR="00243343" w:rsidRDefault="00376615">
            <w:pPr>
              <w:spacing w:after="0"/>
            </w:pPr>
            <w:r>
              <w:rPr>
                <w:b/>
                <w:sz w:val="16"/>
              </w:rPr>
              <w:t>Quantidade</w:t>
            </w:r>
          </w:p>
        </w:tc>
      </w:tr>
      <w:tr w:rsidR="00243343" w14:paraId="73BA0567" w14:textId="77777777">
        <w:trPr>
          <w:cantSplit/>
          <w:jc w:val="center"/>
        </w:trPr>
        <w:tc>
          <w:tcPr>
            <w:tcW w:w="816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F19BD0" w14:textId="77777777" w:rsidR="00243343" w:rsidRDefault="00376615">
            <w:pPr>
              <w:spacing w:after="0"/>
            </w:pPr>
            <w:r>
              <w:rPr>
                <w:sz w:val="16"/>
              </w:rPr>
              <w:t>Iniciação científica ou tecnológica</w:t>
            </w:r>
          </w:p>
        </w:tc>
        <w:tc>
          <w:tcPr>
            <w:tcW w:w="198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F366C2" w14:textId="77777777" w:rsidR="00243343" w:rsidRDefault="00243343">
            <w:pPr>
              <w:spacing w:after="0"/>
            </w:pPr>
          </w:p>
        </w:tc>
      </w:tr>
      <w:tr w:rsidR="00243343" w14:paraId="57890EF4" w14:textId="77777777">
        <w:trPr>
          <w:cantSplit/>
          <w:jc w:val="center"/>
        </w:trPr>
        <w:tc>
          <w:tcPr>
            <w:tcW w:w="816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6E3408" w14:textId="77777777" w:rsidR="00243343" w:rsidRDefault="00376615">
            <w:pPr>
              <w:spacing w:after="0"/>
            </w:pPr>
            <w:r>
              <w:rPr>
                <w:sz w:val="16"/>
              </w:rPr>
              <w:t>Trabalho de conclusão de curso</w:t>
            </w:r>
          </w:p>
        </w:tc>
        <w:tc>
          <w:tcPr>
            <w:tcW w:w="198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CEFB3D" w14:textId="77777777" w:rsidR="00243343" w:rsidRDefault="00243343">
            <w:pPr>
              <w:spacing w:after="0"/>
            </w:pPr>
          </w:p>
        </w:tc>
      </w:tr>
      <w:tr w:rsidR="00243343" w14:paraId="23797B4B" w14:textId="77777777">
        <w:trPr>
          <w:cantSplit/>
          <w:jc w:val="center"/>
        </w:trPr>
        <w:tc>
          <w:tcPr>
            <w:tcW w:w="816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0F7E88" w14:textId="77777777" w:rsidR="00243343" w:rsidRDefault="00376615">
            <w:pPr>
              <w:spacing w:after="0"/>
            </w:pPr>
            <w:r>
              <w:rPr>
                <w:sz w:val="16"/>
              </w:rPr>
              <w:t>Dissertação de mestrado</w:t>
            </w:r>
          </w:p>
        </w:tc>
        <w:tc>
          <w:tcPr>
            <w:tcW w:w="198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7603B8" w14:textId="77777777" w:rsidR="00243343" w:rsidRDefault="00243343">
            <w:pPr>
              <w:spacing w:after="0"/>
            </w:pPr>
          </w:p>
        </w:tc>
      </w:tr>
      <w:tr w:rsidR="00243343" w14:paraId="42476F4F" w14:textId="77777777">
        <w:trPr>
          <w:cantSplit/>
          <w:jc w:val="center"/>
        </w:trPr>
        <w:tc>
          <w:tcPr>
            <w:tcW w:w="816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7BB0BC" w14:textId="77777777" w:rsidR="00243343" w:rsidRDefault="00376615">
            <w:pPr>
              <w:spacing w:after="0"/>
            </w:pPr>
            <w:r>
              <w:rPr>
                <w:sz w:val="16"/>
              </w:rPr>
              <w:t>Tese de doutorado</w:t>
            </w:r>
          </w:p>
        </w:tc>
        <w:tc>
          <w:tcPr>
            <w:tcW w:w="198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37D085" w14:textId="77777777" w:rsidR="00243343" w:rsidRDefault="00243343">
            <w:pPr>
              <w:spacing w:after="0"/>
            </w:pPr>
          </w:p>
        </w:tc>
      </w:tr>
      <w:tr w:rsidR="00243343" w14:paraId="62860309" w14:textId="77777777">
        <w:trPr>
          <w:cantSplit/>
          <w:jc w:val="center"/>
        </w:trPr>
        <w:tc>
          <w:tcPr>
            <w:tcW w:w="816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86003E" w14:textId="77777777" w:rsidR="00243343" w:rsidRDefault="00376615">
            <w:pPr>
              <w:spacing w:after="0"/>
            </w:pPr>
            <w:r>
              <w:rPr>
                <w:sz w:val="16"/>
              </w:rPr>
              <w:t>Pós-doutorado</w:t>
            </w:r>
          </w:p>
        </w:tc>
        <w:tc>
          <w:tcPr>
            <w:tcW w:w="198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C41C7F" w14:textId="77777777" w:rsidR="00243343" w:rsidRDefault="00243343">
            <w:pPr>
              <w:spacing w:after="0"/>
            </w:pPr>
          </w:p>
        </w:tc>
      </w:tr>
      <w:tr w:rsidR="00243343" w14:paraId="593F13E1" w14:textId="77777777">
        <w:trPr>
          <w:cantSplit/>
          <w:jc w:val="center"/>
        </w:trPr>
        <w:tc>
          <w:tcPr>
            <w:tcW w:w="816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2F5460" w14:textId="77777777" w:rsidR="00243343" w:rsidRDefault="00376615">
            <w:pPr>
              <w:spacing w:after="0"/>
            </w:pPr>
            <w:r>
              <w:rPr>
                <w:sz w:val="16"/>
              </w:rPr>
              <w:t>Capacitação técnica, oficina ou curso</w:t>
            </w:r>
          </w:p>
        </w:tc>
        <w:tc>
          <w:tcPr>
            <w:tcW w:w="198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C4B421" w14:textId="77777777" w:rsidR="00243343" w:rsidRDefault="00243343">
            <w:pPr>
              <w:spacing w:after="0"/>
            </w:pPr>
          </w:p>
        </w:tc>
      </w:tr>
      <w:tr w:rsidR="00243343" w14:paraId="7F51EF1B" w14:textId="77777777">
        <w:trPr>
          <w:cantSplit/>
          <w:jc w:val="center"/>
        </w:trPr>
        <w:tc>
          <w:tcPr>
            <w:tcW w:w="816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EA79ED" w14:textId="77777777" w:rsidR="00243343" w:rsidRDefault="00376615">
            <w:pPr>
              <w:spacing w:after="0"/>
            </w:pPr>
            <w:r>
              <w:rPr>
                <w:sz w:val="16"/>
              </w:rPr>
              <w:t>Outro</w:t>
            </w:r>
          </w:p>
        </w:tc>
        <w:tc>
          <w:tcPr>
            <w:tcW w:w="198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54551C" w14:textId="77777777" w:rsidR="00243343" w:rsidRDefault="00243343">
            <w:pPr>
              <w:spacing w:after="0"/>
            </w:pPr>
          </w:p>
        </w:tc>
      </w:tr>
    </w:tbl>
    <w:p w14:paraId="0E0F7F44" w14:textId="77777777" w:rsidR="00376615" w:rsidRDefault="00376615">
      <w:pPr>
        <w:keepNext/>
        <w:spacing w:before="160"/>
        <w:rPr>
          <w:b/>
          <w:sz w:val="22"/>
        </w:rPr>
      </w:pPr>
    </w:p>
    <w:p w14:paraId="17074068" w14:textId="77777777" w:rsidR="00376615" w:rsidRDefault="00376615">
      <w:pPr>
        <w:keepNext/>
        <w:spacing w:before="160"/>
        <w:rPr>
          <w:b/>
          <w:sz w:val="22"/>
        </w:rPr>
      </w:pPr>
    </w:p>
    <w:p w14:paraId="054EDA25" w14:textId="03921A4A" w:rsidR="00243343" w:rsidRDefault="00376615">
      <w:pPr>
        <w:keepNext/>
        <w:spacing w:before="160"/>
      </w:pPr>
      <w:r>
        <w:rPr>
          <w:b/>
          <w:sz w:val="22"/>
        </w:rPr>
        <w:t xml:space="preserve">4. </w:t>
      </w:r>
      <w:r>
        <w:rPr>
          <w:b/>
          <w:sz w:val="22"/>
        </w:rPr>
        <w:t>ABRANGÊNCIA DO PROJETO</w:t>
      </w:r>
    </w:p>
    <w:p w14:paraId="3D137051" w14:textId="77777777" w:rsidR="00243343" w:rsidRDefault="00376615">
      <w:pPr>
        <w:spacing w:after="80" w:line="240" w:lineRule="auto"/>
      </w:pPr>
      <w:r>
        <w:rPr>
          <w:i/>
          <w:color w:val="595959"/>
          <w:sz w:val="17"/>
        </w:rPr>
        <w:t>Informar os estados e municípios nos quais serão realizadas atividades ou nos quais se espera incidência direta dos resultados. A execução principal deverá ocorrer no Estado de Santa Catarina.</w:t>
      </w: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984"/>
        <w:gridCol w:w="2835"/>
        <w:gridCol w:w="5329"/>
      </w:tblGrid>
      <w:tr w:rsidR="00243343" w14:paraId="357B509A" w14:textId="77777777">
        <w:trPr>
          <w:cantSplit/>
          <w:tblHeader/>
          <w:jc w:val="center"/>
        </w:trPr>
        <w:tc>
          <w:tcPr>
            <w:tcW w:w="1984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C8BA14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Estado</w:t>
            </w:r>
          </w:p>
        </w:tc>
        <w:tc>
          <w:tcPr>
            <w:tcW w:w="2835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976544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Município</w:t>
            </w:r>
          </w:p>
        </w:tc>
        <w:tc>
          <w:tcPr>
            <w:tcW w:w="5329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148692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 xml:space="preserve">Atividade ou </w:t>
            </w:r>
            <w:r>
              <w:rPr>
                <w:b/>
                <w:sz w:val="17"/>
              </w:rPr>
              <w:t>resultado relacionado</w:t>
            </w:r>
          </w:p>
        </w:tc>
      </w:tr>
      <w:tr w:rsidR="00243343" w14:paraId="3256E1D6" w14:textId="77777777">
        <w:trPr>
          <w:cantSplit/>
          <w:jc w:val="center"/>
        </w:trPr>
        <w:tc>
          <w:tcPr>
            <w:tcW w:w="198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CFFB50" w14:textId="77777777" w:rsidR="00243343" w:rsidRDefault="00243343">
            <w:pPr>
              <w:spacing w:after="0"/>
            </w:pPr>
          </w:p>
        </w:tc>
        <w:tc>
          <w:tcPr>
            <w:tcW w:w="2835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E8FDF7" w14:textId="77777777" w:rsidR="00243343" w:rsidRDefault="00243343">
            <w:pPr>
              <w:spacing w:after="0"/>
            </w:pPr>
          </w:p>
        </w:tc>
        <w:tc>
          <w:tcPr>
            <w:tcW w:w="532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638E4D" w14:textId="77777777" w:rsidR="00243343" w:rsidRDefault="00243343">
            <w:pPr>
              <w:spacing w:after="0"/>
            </w:pPr>
          </w:p>
        </w:tc>
      </w:tr>
      <w:tr w:rsidR="00243343" w14:paraId="10CBBB6F" w14:textId="77777777">
        <w:trPr>
          <w:cantSplit/>
          <w:jc w:val="center"/>
        </w:trPr>
        <w:tc>
          <w:tcPr>
            <w:tcW w:w="198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229B9E" w14:textId="77777777" w:rsidR="00243343" w:rsidRDefault="00243343">
            <w:pPr>
              <w:spacing w:after="0"/>
            </w:pPr>
          </w:p>
        </w:tc>
        <w:tc>
          <w:tcPr>
            <w:tcW w:w="2835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B8E42D" w14:textId="77777777" w:rsidR="00243343" w:rsidRDefault="00243343">
            <w:pPr>
              <w:spacing w:after="0"/>
            </w:pPr>
          </w:p>
        </w:tc>
        <w:tc>
          <w:tcPr>
            <w:tcW w:w="532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165BC7" w14:textId="77777777" w:rsidR="00243343" w:rsidRDefault="00243343">
            <w:pPr>
              <w:spacing w:after="0"/>
            </w:pPr>
          </w:p>
        </w:tc>
      </w:tr>
      <w:tr w:rsidR="00243343" w14:paraId="0EB900E1" w14:textId="77777777">
        <w:trPr>
          <w:cantSplit/>
          <w:jc w:val="center"/>
        </w:trPr>
        <w:tc>
          <w:tcPr>
            <w:tcW w:w="198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E25881" w14:textId="77777777" w:rsidR="00243343" w:rsidRDefault="00243343">
            <w:pPr>
              <w:spacing w:after="0"/>
            </w:pPr>
          </w:p>
        </w:tc>
        <w:tc>
          <w:tcPr>
            <w:tcW w:w="2835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6A3C21" w14:textId="77777777" w:rsidR="00243343" w:rsidRDefault="00243343">
            <w:pPr>
              <w:spacing w:after="0"/>
            </w:pPr>
          </w:p>
        </w:tc>
        <w:tc>
          <w:tcPr>
            <w:tcW w:w="532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91B427" w14:textId="77777777" w:rsidR="00243343" w:rsidRDefault="00243343">
            <w:pPr>
              <w:spacing w:after="0"/>
            </w:pPr>
          </w:p>
        </w:tc>
      </w:tr>
      <w:tr w:rsidR="00243343" w14:paraId="415CD646" w14:textId="77777777">
        <w:trPr>
          <w:cantSplit/>
          <w:jc w:val="center"/>
        </w:trPr>
        <w:tc>
          <w:tcPr>
            <w:tcW w:w="198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6380DE" w14:textId="77777777" w:rsidR="00243343" w:rsidRDefault="00243343">
            <w:pPr>
              <w:spacing w:after="0"/>
            </w:pPr>
          </w:p>
        </w:tc>
        <w:tc>
          <w:tcPr>
            <w:tcW w:w="2835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53A948" w14:textId="77777777" w:rsidR="00243343" w:rsidRDefault="00243343">
            <w:pPr>
              <w:spacing w:after="0"/>
            </w:pPr>
          </w:p>
        </w:tc>
        <w:tc>
          <w:tcPr>
            <w:tcW w:w="5329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91E075" w14:textId="77777777" w:rsidR="00243343" w:rsidRDefault="00243343">
            <w:pPr>
              <w:spacing w:after="0"/>
            </w:pPr>
          </w:p>
        </w:tc>
      </w:tr>
    </w:tbl>
    <w:p w14:paraId="2195193E" w14:textId="77777777" w:rsidR="00243343" w:rsidRDefault="00376615">
      <w:pPr>
        <w:keepNext/>
        <w:spacing w:before="160"/>
      </w:pPr>
      <w:r>
        <w:rPr>
          <w:b/>
          <w:sz w:val="22"/>
        </w:rPr>
        <w:t>5. EQUIPE DO PROJETO</w:t>
      </w:r>
    </w:p>
    <w:p w14:paraId="6FF622E2" w14:textId="77777777" w:rsidR="00243343" w:rsidRDefault="00376615">
      <w:pPr>
        <w:spacing w:after="80" w:line="240" w:lineRule="auto"/>
      </w:pPr>
      <w:r>
        <w:rPr>
          <w:i/>
          <w:color w:val="595959"/>
          <w:sz w:val="17"/>
        </w:rPr>
        <w:t xml:space="preserve">Relacionar os membros envolvidos na execução. A composição deverá ser coerente com os objetivos, atividades e competências necessárias. Informar os vínculos e atribuições de </w:t>
      </w:r>
      <w:r>
        <w:rPr>
          <w:i/>
          <w:color w:val="595959"/>
          <w:sz w:val="17"/>
        </w:rPr>
        <w:t>participantes externos, quando houver.</w:t>
      </w: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1927"/>
        <w:gridCol w:w="1701"/>
        <w:gridCol w:w="1984"/>
      </w:tblGrid>
      <w:tr w:rsidR="00243343" w14:paraId="63BBB2BA" w14:textId="77777777">
        <w:trPr>
          <w:cantSplit/>
          <w:tblHeader/>
          <w:jc w:val="center"/>
        </w:trPr>
        <w:tc>
          <w:tcPr>
            <w:tcW w:w="2268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A51D41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Nome completo</w:t>
            </w:r>
          </w:p>
        </w:tc>
        <w:tc>
          <w:tcPr>
            <w:tcW w:w="2268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6028D8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Link do Currículo Lattes</w:t>
            </w:r>
          </w:p>
        </w:tc>
        <w:tc>
          <w:tcPr>
            <w:tcW w:w="1927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0BC554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Instituição/Centro</w:t>
            </w:r>
          </w:p>
        </w:tc>
        <w:tc>
          <w:tcPr>
            <w:tcW w:w="1701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9DFFB5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Função no projeto</w:t>
            </w:r>
          </w:p>
        </w:tc>
        <w:tc>
          <w:tcPr>
            <w:tcW w:w="1984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679494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Atividade sob responsabilidade</w:t>
            </w:r>
          </w:p>
        </w:tc>
      </w:tr>
      <w:tr w:rsidR="00243343" w14:paraId="2B35A71B" w14:textId="77777777">
        <w:trPr>
          <w:cantSplit/>
          <w:jc w:val="center"/>
        </w:trPr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C475EB" w14:textId="77777777" w:rsidR="00243343" w:rsidRDefault="00243343">
            <w:pPr>
              <w:spacing w:after="0"/>
            </w:pP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EC84E0" w14:textId="77777777" w:rsidR="00243343" w:rsidRDefault="00243343">
            <w:pPr>
              <w:spacing w:after="0"/>
            </w:pPr>
          </w:p>
        </w:tc>
        <w:tc>
          <w:tcPr>
            <w:tcW w:w="192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B24A4F" w14:textId="77777777" w:rsidR="00243343" w:rsidRDefault="00243343">
            <w:pPr>
              <w:spacing w:after="0"/>
            </w:pPr>
          </w:p>
        </w:tc>
        <w:tc>
          <w:tcPr>
            <w:tcW w:w="170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D996BC" w14:textId="77777777" w:rsidR="00243343" w:rsidRDefault="00243343">
            <w:pPr>
              <w:spacing w:after="0"/>
            </w:pPr>
          </w:p>
        </w:tc>
        <w:tc>
          <w:tcPr>
            <w:tcW w:w="198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78828F" w14:textId="77777777" w:rsidR="00243343" w:rsidRDefault="00243343">
            <w:pPr>
              <w:spacing w:after="0"/>
            </w:pPr>
          </w:p>
        </w:tc>
      </w:tr>
      <w:tr w:rsidR="00243343" w14:paraId="7A36E4CC" w14:textId="77777777">
        <w:trPr>
          <w:cantSplit/>
          <w:jc w:val="center"/>
        </w:trPr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5873BA" w14:textId="77777777" w:rsidR="00243343" w:rsidRDefault="00243343">
            <w:pPr>
              <w:spacing w:after="0"/>
            </w:pP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5C73E6" w14:textId="77777777" w:rsidR="00243343" w:rsidRDefault="00243343">
            <w:pPr>
              <w:spacing w:after="0"/>
            </w:pPr>
          </w:p>
        </w:tc>
        <w:tc>
          <w:tcPr>
            <w:tcW w:w="192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D7036A" w14:textId="77777777" w:rsidR="00243343" w:rsidRDefault="00243343">
            <w:pPr>
              <w:spacing w:after="0"/>
            </w:pPr>
          </w:p>
        </w:tc>
        <w:tc>
          <w:tcPr>
            <w:tcW w:w="170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AAD093" w14:textId="77777777" w:rsidR="00243343" w:rsidRDefault="00243343">
            <w:pPr>
              <w:spacing w:after="0"/>
            </w:pPr>
          </w:p>
        </w:tc>
        <w:tc>
          <w:tcPr>
            <w:tcW w:w="198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1073CB" w14:textId="77777777" w:rsidR="00243343" w:rsidRDefault="00243343">
            <w:pPr>
              <w:spacing w:after="0"/>
            </w:pPr>
          </w:p>
        </w:tc>
      </w:tr>
      <w:tr w:rsidR="00243343" w14:paraId="21F16840" w14:textId="77777777">
        <w:trPr>
          <w:cantSplit/>
          <w:jc w:val="center"/>
        </w:trPr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F44CD7" w14:textId="77777777" w:rsidR="00243343" w:rsidRDefault="00243343">
            <w:pPr>
              <w:spacing w:after="0"/>
            </w:pP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3488C9" w14:textId="77777777" w:rsidR="00243343" w:rsidRDefault="00243343">
            <w:pPr>
              <w:spacing w:after="0"/>
            </w:pPr>
          </w:p>
        </w:tc>
        <w:tc>
          <w:tcPr>
            <w:tcW w:w="192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702EBB" w14:textId="77777777" w:rsidR="00243343" w:rsidRDefault="00243343">
            <w:pPr>
              <w:spacing w:after="0"/>
            </w:pPr>
          </w:p>
        </w:tc>
        <w:tc>
          <w:tcPr>
            <w:tcW w:w="170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BDA01D" w14:textId="77777777" w:rsidR="00243343" w:rsidRDefault="00243343">
            <w:pPr>
              <w:spacing w:after="0"/>
            </w:pPr>
          </w:p>
        </w:tc>
        <w:tc>
          <w:tcPr>
            <w:tcW w:w="198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B44CC1" w14:textId="77777777" w:rsidR="00243343" w:rsidRDefault="00243343">
            <w:pPr>
              <w:spacing w:after="0"/>
            </w:pPr>
          </w:p>
        </w:tc>
      </w:tr>
      <w:tr w:rsidR="00243343" w14:paraId="528EE60C" w14:textId="77777777">
        <w:trPr>
          <w:cantSplit/>
          <w:jc w:val="center"/>
        </w:trPr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391473" w14:textId="77777777" w:rsidR="00243343" w:rsidRDefault="00243343">
            <w:pPr>
              <w:spacing w:after="0"/>
            </w:pP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D25845" w14:textId="77777777" w:rsidR="00243343" w:rsidRDefault="00243343">
            <w:pPr>
              <w:spacing w:after="0"/>
            </w:pPr>
          </w:p>
        </w:tc>
        <w:tc>
          <w:tcPr>
            <w:tcW w:w="192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911666" w14:textId="77777777" w:rsidR="00243343" w:rsidRDefault="00243343">
            <w:pPr>
              <w:spacing w:after="0"/>
            </w:pPr>
          </w:p>
        </w:tc>
        <w:tc>
          <w:tcPr>
            <w:tcW w:w="170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151DE6" w14:textId="77777777" w:rsidR="00243343" w:rsidRDefault="00243343">
            <w:pPr>
              <w:spacing w:after="0"/>
            </w:pPr>
          </w:p>
        </w:tc>
        <w:tc>
          <w:tcPr>
            <w:tcW w:w="198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28C809" w14:textId="77777777" w:rsidR="00243343" w:rsidRDefault="00243343">
            <w:pPr>
              <w:spacing w:after="0"/>
            </w:pPr>
          </w:p>
        </w:tc>
      </w:tr>
      <w:tr w:rsidR="00243343" w14:paraId="252EC488" w14:textId="77777777">
        <w:trPr>
          <w:cantSplit/>
          <w:jc w:val="center"/>
        </w:trPr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1C3FF6" w14:textId="77777777" w:rsidR="00243343" w:rsidRDefault="00243343">
            <w:pPr>
              <w:spacing w:after="0"/>
            </w:pP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CEA5E6" w14:textId="77777777" w:rsidR="00243343" w:rsidRDefault="00243343">
            <w:pPr>
              <w:spacing w:after="0"/>
            </w:pPr>
          </w:p>
        </w:tc>
        <w:tc>
          <w:tcPr>
            <w:tcW w:w="192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BF20C0" w14:textId="77777777" w:rsidR="00243343" w:rsidRDefault="00243343">
            <w:pPr>
              <w:spacing w:after="0"/>
            </w:pPr>
          </w:p>
        </w:tc>
        <w:tc>
          <w:tcPr>
            <w:tcW w:w="170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58486E" w14:textId="77777777" w:rsidR="00243343" w:rsidRDefault="00243343">
            <w:pPr>
              <w:spacing w:after="0"/>
            </w:pPr>
          </w:p>
        </w:tc>
        <w:tc>
          <w:tcPr>
            <w:tcW w:w="198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DF8645" w14:textId="77777777" w:rsidR="00243343" w:rsidRDefault="00243343">
            <w:pPr>
              <w:spacing w:after="0"/>
            </w:pPr>
          </w:p>
        </w:tc>
      </w:tr>
      <w:tr w:rsidR="00243343" w14:paraId="54831688" w14:textId="77777777">
        <w:trPr>
          <w:cantSplit/>
          <w:jc w:val="center"/>
        </w:trPr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36697B" w14:textId="77777777" w:rsidR="00243343" w:rsidRDefault="00243343">
            <w:pPr>
              <w:spacing w:after="0"/>
            </w:pP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793F84" w14:textId="77777777" w:rsidR="00243343" w:rsidRDefault="00243343">
            <w:pPr>
              <w:spacing w:after="0"/>
            </w:pPr>
          </w:p>
        </w:tc>
        <w:tc>
          <w:tcPr>
            <w:tcW w:w="192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868EC2" w14:textId="77777777" w:rsidR="00243343" w:rsidRDefault="00243343">
            <w:pPr>
              <w:spacing w:after="0"/>
            </w:pPr>
          </w:p>
        </w:tc>
        <w:tc>
          <w:tcPr>
            <w:tcW w:w="170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1F8038" w14:textId="77777777" w:rsidR="00243343" w:rsidRDefault="00243343">
            <w:pPr>
              <w:spacing w:after="0"/>
            </w:pPr>
          </w:p>
        </w:tc>
        <w:tc>
          <w:tcPr>
            <w:tcW w:w="198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86B2B9" w14:textId="77777777" w:rsidR="00243343" w:rsidRDefault="00243343">
            <w:pPr>
              <w:spacing w:after="0"/>
            </w:pPr>
          </w:p>
        </w:tc>
      </w:tr>
      <w:tr w:rsidR="00243343" w14:paraId="125CC2D0" w14:textId="77777777">
        <w:trPr>
          <w:cantSplit/>
          <w:jc w:val="center"/>
        </w:trPr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044981" w14:textId="77777777" w:rsidR="00243343" w:rsidRDefault="00243343">
            <w:pPr>
              <w:spacing w:after="0"/>
            </w:pPr>
          </w:p>
        </w:tc>
        <w:tc>
          <w:tcPr>
            <w:tcW w:w="226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84BB7E" w14:textId="77777777" w:rsidR="00243343" w:rsidRDefault="00243343">
            <w:pPr>
              <w:spacing w:after="0"/>
            </w:pPr>
          </w:p>
        </w:tc>
        <w:tc>
          <w:tcPr>
            <w:tcW w:w="192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19C49D" w14:textId="77777777" w:rsidR="00243343" w:rsidRDefault="00243343">
            <w:pPr>
              <w:spacing w:after="0"/>
            </w:pPr>
          </w:p>
        </w:tc>
        <w:tc>
          <w:tcPr>
            <w:tcW w:w="170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988DFB" w14:textId="77777777" w:rsidR="00243343" w:rsidRDefault="00243343">
            <w:pPr>
              <w:spacing w:after="0"/>
            </w:pPr>
          </w:p>
        </w:tc>
        <w:tc>
          <w:tcPr>
            <w:tcW w:w="198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8BB2F2" w14:textId="77777777" w:rsidR="00243343" w:rsidRDefault="00243343">
            <w:pPr>
              <w:spacing w:after="0"/>
            </w:pPr>
          </w:p>
        </w:tc>
      </w:tr>
    </w:tbl>
    <w:p w14:paraId="0BAA5153" w14:textId="77777777" w:rsidR="00243343" w:rsidRDefault="00376615">
      <w:pPr>
        <w:keepNext/>
        <w:spacing w:before="160"/>
      </w:pPr>
      <w:r>
        <w:rPr>
          <w:b/>
          <w:sz w:val="22"/>
        </w:rPr>
        <w:t>6. METAS, ATIVIDADES E CRONOGRAMA</w:t>
      </w:r>
    </w:p>
    <w:p w14:paraId="1FFE93A1" w14:textId="77777777" w:rsidR="00243343" w:rsidRDefault="00376615">
      <w:pPr>
        <w:spacing w:after="80" w:line="240" w:lineRule="auto"/>
      </w:pPr>
      <w:r>
        <w:rPr>
          <w:i/>
          <w:color w:val="595959"/>
          <w:sz w:val="17"/>
        </w:rPr>
        <w:t xml:space="preserve">Descrever metas </w:t>
      </w:r>
      <w:r>
        <w:rPr>
          <w:i/>
          <w:color w:val="595959"/>
          <w:sz w:val="17"/>
        </w:rPr>
        <w:t>mensuráveis, atividades associadas, responsáveis, indicadores de verificação e período de execução. Os meses devem ser contados a partir do início da vigência do Termo de Outorga.</w:t>
      </w: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47"/>
        <w:gridCol w:w="2494"/>
        <w:gridCol w:w="1757"/>
        <w:gridCol w:w="2324"/>
        <w:gridCol w:w="1134"/>
        <w:gridCol w:w="1134"/>
      </w:tblGrid>
      <w:tr w:rsidR="00243343" w14:paraId="5C66BE9C" w14:textId="77777777">
        <w:trPr>
          <w:cantSplit/>
          <w:tblHeader/>
          <w:jc w:val="center"/>
        </w:trPr>
        <w:tc>
          <w:tcPr>
            <w:tcW w:w="1247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723CFE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Meta</w:t>
            </w:r>
          </w:p>
        </w:tc>
        <w:tc>
          <w:tcPr>
            <w:tcW w:w="2494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9A83E9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Atividade</w:t>
            </w:r>
          </w:p>
        </w:tc>
        <w:tc>
          <w:tcPr>
            <w:tcW w:w="1757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C35EDC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Responsável(is)</w:t>
            </w:r>
          </w:p>
        </w:tc>
        <w:tc>
          <w:tcPr>
            <w:tcW w:w="2324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1ACFE6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Indicador/entrega</w:t>
            </w:r>
          </w:p>
        </w:tc>
        <w:tc>
          <w:tcPr>
            <w:tcW w:w="1134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A68A50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Início (mês)</w:t>
            </w:r>
          </w:p>
        </w:tc>
        <w:tc>
          <w:tcPr>
            <w:tcW w:w="1134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14FE25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Fim (mês)</w:t>
            </w:r>
          </w:p>
        </w:tc>
      </w:tr>
      <w:tr w:rsidR="00243343" w14:paraId="75A48FD7" w14:textId="77777777">
        <w:trPr>
          <w:cantSplit/>
          <w:jc w:val="center"/>
        </w:trPr>
        <w:tc>
          <w:tcPr>
            <w:tcW w:w="124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AB5976" w14:textId="77777777" w:rsidR="00243343" w:rsidRDefault="00243343">
            <w:pPr>
              <w:spacing w:after="0"/>
            </w:pPr>
          </w:p>
        </w:tc>
        <w:tc>
          <w:tcPr>
            <w:tcW w:w="249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93E833" w14:textId="77777777" w:rsidR="00243343" w:rsidRDefault="00243343">
            <w:pPr>
              <w:spacing w:after="0"/>
            </w:pPr>
          </w:p>
        </w:tc>
        <w:tc>
          <w:tcPr>
            <w:tcW w:w="175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3FA865" w14:textId="77777777" w:rsidR="00243343" w:rsidRDefault="00243343">
            <w:pPr>
              <w:spacing w:after="0"/>
            </w:pPr>
          </w:p>
        </w:tc>
        <w:tc>
          <w:tcPr>
            <w:tcW w:w="23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2C098D" w14:textId="77777777" w:rsidR="00243343" w:rsidRDefault="00243343">
            <w:pPr>
              <w:spacing w:after="0"/>
            </w:pPr>
          </w:p>
        </w:tc>
        <w:tc>
          <w:tcPr>
            <w:tcW w:w="113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773E69" w14:textId="77777777" w:rsidR="00243343" w:rsidRDefault="00243343">
            <w:pPr>
              <w:spacing w:after="0"/>
            </w:pPr>
          </w:p>
        </w:tc>
        <w:tc>
          <w:tcPr>
            <w:tcW w:w="113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A23A55" w14:textId="77777777" w:rsidR="00243343" w:rsidRDefault="00243343">
            <w:pPr>
              <w:spacing w:after="0"/>
            </w:pPr>
          </w:p>
        </w:tc>
      </w:tr>
      <w:tr w:rsidR="00243343" w14:paraId="5CFB0FD7" w14:textId="77777777">
        <w:trPr>
          <w:cantSplit/>
          <w:jc w:val="center"/>
        </w:trPr>
        <w:tc>
          <w:tcPr>
            <w:tcW w:w="124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2F1774" w14:textId="77777777" w:rsidR="00243343" w:rsidRDefault="00243343">
            <w:pPr>
              <w:spacing w:after="0"/>
            </w:pPr>
          </w:p>
        </w:tc>
        <w:tc>
          <w:tcPr>
            <w:tcW w:w="249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A389CB" w14:textId="77777777" w:rsidR="00243343" w:rsidRDefault="00243343">
            <w:pPr>
              <w:spacing w:after="0"/>
            </w:pPr>
          </w:p>
        </w:tc>
        <w:tc>
          <w:tcPr>
            <w:tcW w:w="175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EA039E" w14:textId="77777777" w:rsidR="00243343" w:rsidRDefault="00243343">
            <w:pPr>
              <w:spacing w:after="0"/>
            </w:pPr>
          </w:p>
        </w:tc>
        <w:tc>
          <w:tcPr>
            <w:tcW w:w="23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999A31" w14:textId="77777777" w:rsidR="00243343" w:rsidRDefault="00243343">
            <w:pPr>
              <w:spacing w:after="0"/>
            </w:pPr>
          </w:p>
        </w:tc>
        <w:tc>
          <w:tcPr>
            <w:tcW w:w="113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BD22D1" w14:textId="77777777" w:rsidR="00243343" w:rsidRDefault="00243343">
            <w:pPr>
              <w:spacing w:after="0"/>
            </w:pPr>
          </w:p>
        </w:tc>
        <w:tc>
          <w:tcPr>
            <w:tcW w:w="113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ED7DAD" w14:textId="77777777" w:rsidR="00243343" w:rsidRDefault="00243343">
            <w:pPr>
              <w:spacing w:after="0"/>
            </w:pPr>
          </w:p>
        </w:tc>
      </w:tr>
      <w:tr w:rsidR="00243343" w14:paraId="45C9264E" w14:textId="77777777">
        <w:trPr>
          <w:cantSplit/>
          <w:jc w:val="center"/>
        </w:trPr>
        <w:tc>
          <w:tcPr>
            <w:tcW w:w="124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9B9B93" w14:textId="77777777" w:rsidR="00243343" w:rsidRDefault="00243343">
            <w:pPr>
              <w:spacing w:after="0"/>
            </w:pPr>
          </w:p>
        </w:tc>
        <w:tc>
          <w:tcPr>
            <w:tcW w:w="249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AC2288" w14:textId="77777777" w:rsidR="00243343" w:rsidRDefault="00243343">
            <w:pPr>
              <w:spacing w:after="0"/>
            </w:pPr>
          </w:p>
        </w:tc>
        <w:tc>
          <w:tcPr>
            <w:tcW w:w="175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B583DC" w14:textId="77777777" w:rsidR="00243343" w:rsidRDefault="00243343">
            <w:pPr>
              <w:spacing w:after="0"/>
            </w:pPr>
          </w:p>
        </w:tc>
        <w:tc>
          <w:tcPr>
            <w:tcW w:w="23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90818F" w14:textId="77777777" w:rsidR="00243343" w:rsidRDefault="00243343">
            <w:pPr>
              <w:spacing w:after="0"/>
            </w:pPr>
          </w:p>
        </w:tc>
        <w:tc>
          <w:tcPr>
            <w:tcW w:w="113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C747DB" w14:textId="77777777" w:rsidR="00243343" w:rsidRDefault="00243343">
            <w:pPr>
              <w:spacing w:after="0"/>
            </w:pPr>
          </w:p>
        </w:tc>
        <w:tc>
          <w:tcPr>
            <w:tcW w:w="113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1C6E89" w14:textId="77777777" w:rsidR="00243343" w:rsidRDefault="00243343">
            <w:pPr>
              <w:spacing w:after="0"/>
            </w:pPr>
          </w:p>
        </w:tc>
      </w:tr>
      <w:tr w:rsidR="00243343" w14:paraId="113309CE" w14:textId="77777777">
        <w:trPr>
          <w:cantSplit/>
          <w:jc w:val="center"/>
        </w:trPr>
        <w:tc>
          <w:tcPr>
            <w:tcW w:w="124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CF6270" w14:textId="77777777" w:rsidR="00243343" w:rsidRDefault="00243343">
            <w:pPr>
              <w:spacing w:after="0"/>
            </w:pPr>
          </w:p>
        </w:tc>
        <w:tc>
          <w:tcPr>
            <w:tcW w:w="249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00564D" w14:textId="77777777" w:rsidR="00243343" w:rsidRDefault="00243343">
            <w:pPr>
              <w:spacing w:after="0"/>
            </w:pPr>
          </w:p>
        </w:tc>
        <w:tc>
          <w:tcPr>
            <w:tcW w:w="175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FBAC3B" w14:textId="77777777" w:rsidR="00243343" w:rsidRDefault="00243343">
            <w:pPr>
              <w:spacing w:after="0"/>
            </w:pPr>
          </w:p>
        </w:tc>
        <w:tc>
          <w:tcPr>
            <w:tcW w:w="23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0B0841" w14:textId="77777777" w:rsidR="00243343" w:rsidRDefault="00243343">
            <w:pPr>
              <w:spacing w:after="0"/>
            </w:pPr>
          </w:p>
        </w:tc>
        <w:tc>
          <w:tcPr>
            <w:tcW w:w="113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48A7FD" w14:textId="77777777" w:rsidR="00243343" w:rsidRDefault="00243343">
            <w:pPr>
              <w:spacing w:after="0"/>
            </w:pPr>
          </w:p>
        </w:tc>
        <w:tc>
          <w:tcPr>
            <w:tcW w:w="113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6170DA" w14:textId="77777777" w:rsidR="00243343" w:rsidRDefault="00243343">
            <w:pPr>
              <w:spacing w:after="0"/>
            </w:pPr>
          </w:p>
        </w:tc>
      </w:tr>
      <w:tr w:rsidR="00243343" w14:paraId="57AC8D83" w14:textId="77777777">
        <w:trPr>
          <w:cantSplit/>
          <w:jc w:val="center"/>
        </w:trPr>
        <w:tc>
          <w:tcPr>
            <w:tcW w:w="124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0BD68F" w14:textId="77777777" w:rsidR="00243343" w:rsidRDefault="00243343">
            <w:pPr>
              <w:spacing w:after="0"/>
            </w:pPr>
          </w:p>
        </w:tc>
        <w:tc>
          <w:tcPr>
            <w:tcW w:w="249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332B07" w14:textId="77777777" w:rsidR="00243343" w:rsidRDefault="00243343">
            <w:pPr>
              <w:spacing w:after="0"/>
            </w:pPr>
          </w:p>
        </w:tc>
        <w:tc>
          <w:tcPr>
            <w:tcW w:w="175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0687C7" w14:textId="77777777" w:rsidR="00243343" w:rsidRDefault="00243343">
            <w:pPr>
              <w:spacing w:after="0"/>
            </w:pPr>
          </w:p>
        </w:tc>
        <w:tc>
          <w:tcPr>
            <w:tcW w:w="23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93CE22" w14:textId="77777777" w:rsidR="00243343" w:rsidRDefault="00243343">
            <w:pPr>
              <w:spacing w:after="0"/>
            </w:pPr>
          </w:p>
        </w:tc>
        <w:tc>
          <w:tcPr>
            <w:tcW w:w="113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57DD53" w14:textId="77777777" w:rsidR="00243343" w:rsidRDefault="00243343">
            <w:pPr>
              <w:spacing w:after="0"/>
            </w:pPr>
          </w:p>
        </w:tc>
        <w:tc>
          <w:tcPr>
            <w:tcW w:w="113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D26D01" w14:textId="77777777" w:rsidR="00243343" w:rsidRDefault="00243343">
            <w:pPr>
              <w:spacing w:after="0"/>
            </w:pPr>
          </w:p>
        </w:tc>
      </w:tr>
      <w:tr w:rsidR="00243343" w14:paraId="7ED26ABD" w14:textId="77777777">
        <w:trPr>
          <w:cantSplit/>
          <w:jc w:val="center"/>
        </w:trPr>
        <w:tc>
          <w:tcPr>
            <w:tcW w:w="124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BDC5BE" w14:textId="77777777" w:rsidR="00243343" w:rsidRDefault="00243343">
            <w:pPr>
              <w:spacing w:after="0"/>
            </w:pPr>
          </w:p>
        </w:tc>
        <w:tc>
          <w:tcPr>
            <w:tcW w:w="249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57B3C2" w14:textId="77777777" w:rsidR="00243343" w:rsidRDefault="00243343">
            <w:pPr>
              <w:spacing w:after="0"/>
            </w:pPr>
          </w:p>
        </w:tc>
        <w:tc>
          <w:tcPr>
            <w:tcW w:w="175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97F9FD" w14:textId="77777777" w:rsidR="00243343" w:rsidRDefault="00243343">
            <w:pPr>
              <w:spacing w:after="0"/>
            </w:pPr>
          </w:p>
        </w:tc>
        <w:tc>
          <w:tcPr>
            <w:tcW w:w="23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5E1097" w14:textId="77777777" w:rsidR="00243343" w:rsidRDefault="00243343">
            <w:pPr>
              <w:spacing w:after="0"/>
            </w:pPr>
          </w:p>
        </w:tc>
        <w:tc>
          <w:tcPr>
            <w:tcW w:w="113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AF34BD" w14:textId="77777777" w:rsidR="00243343" w:rsidRDefault="00243343">
            <w:pPr>
              <w:spacing w:after="0"/>
            </w:pPr>
          </w:p>
        </w:tc>
        <w:tc>
          <w:tcPr>
            <w:tcW w:w="113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87263A" w14:textId="77777777" w:rsidR="00243343" w:rsidRDefault="00243343">
            <w:pPr>
              <w:spacing w:after="0"/>
            </w:pPr>
          </w:p>
        </w:tc>
      </w:tr>
      <w:tr w:rsidR="00243343" w14:paraId="7C2F2646" w14:textId="77777777">
        <w:trPr>
          <w:cantSplit/>
          <w:jc w:val="center"/>
        </w:trPr>
        <w:tc>
          <w:tcPr>
            <w:tcW w:w="124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55D59C" w14:textId="77777777" w:rsidR="00243343" w:rsidRDefault="00243343">
            <w:pPr>
              <w:spacing w:after="0"/>
            </w:pPr>
          </w:p>
        </w:tc>
        <w:tc>
          <w:tcPr>
            <w:tcW w:w="249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F0B2BE" w14:textId="77777777" w:rsidR="00243343" w:rsidRDefault="00243343">
            <w:pPr>
              <w:spacing w:after="0"/>
            </w:pPr>
          </w:p>
        </w:tc>
        <w:tc>
          <w:tcPr>
            <w:tcW w:w="175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05DA2B" w14:textId="77777777" w:rsidR="00243343" w:rsidRDefault="00243343">
            <w:pPr>
              <w:spacing w:after="0"/>
            </w:pPr>
          </w:p>
        </w:tc>
        <w:tc>
          <w:tcPr>
            <w:tcW w:w="23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8F97D6" w14:textId="77777777" w:rsidR="00243343" w:rsidRDefault="00243343">
            <w:pPr>
              <w:spacing w:after="0"/>
            </w:pPr>
          </w:p>
        </w:tc>
        <w:tc>
          <w:tcPr>
            <w:tcW w:w="113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C0BC05" w14:textId="77777777" w:rsidR="00243343" w:rsidRDefault="00243343">
            <w:pPr>
              <w:spacing w:after="0"/>
            </w:pPr>
          </w:p>
        </w:tc>
        <w:tc>
          <w:tcPr>
            <w:tcW w:w="113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F9C60A" w14:textId="77777777" w:rsidR="00243343" w:rsidRDefault="00243343">
            <w:pPr>
              <w:spacing w:after="0"/>
            </w:pPr>
          </w:p>
        </w:tc>
      </w:tr>
      <w:tr w:rsidR="00243343" w14:paraId="22A57E4F" w14:textId="77777777">
        <w:trPr>
          <w:cantSplit/>
          <w:jc w:val="center"/>
        </w:trPr>
        <w:tc>
          <w:tcPr>
            <w:tcW w:w="124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DC57EC" w14:textId="77777777" w:rsidR="00243343" w:rsidRDefault="00243343">
            <w:pPr>
              <w:spacing w:after="0"/>
            </w:pPr>
          </w:p>
        </w:tc>
        <w:tc>
          <w:tcPr>
            <w:tcW w:w="249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25C264" w14:textId="77777777" w:rsidR="00243343" w:rsidRDefault="00243343">
            <w:pPr>
              <w:spacing w:after="0"/>
            </w:pPr>
          </w:p>
        </w:tc>
        <w:tc>
          <w:tcPr>
            <w:tcW w:w="175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9F3F03" w14:textId="77777777" w:rsidR="00243343" w:rsidRDefault="00243343">
            <w:pPr>
              <w:spacing w:after="0"/>
            </w:pPr>
          </w:p>
        </w:tc>
        <w:tc>
          <w:tcPr>
            <w:tcW w:w="23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4110EA" w14:textId="77777777" w:rsidR="00243343" w:rsidRDefault="00243343">
            <w:pPr>
              <w:spacing w:after="0"/>
            </w:pPr>
          </w:p>
        </w:tc>
        <w:tc>
          <w:tcPr>
            <w:tcW w:w="113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3284AD" w14:textId="77777777" w:rsidR="00243343" w:rsidRDefault="00243343">
            <w:pPr>
              <w:spacing w:after="0"/>
            </w:pPr>
          </w:p>
        </w:tc>
        <w:tc>
          <w:tcPr>
            <w:tcW w:w="113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18A602" w14:textId="77777777" w:rsidR="00243343" w:rsidRDefault="00243343">
            <w:pPr>
              <w:spacing w:after="0"/>
            </w:pPr>
          </w:p>
        </w:tc>
      </w:tr>
      <w:tr w:rsidR="00243343" w14:paraId="6689ECB5" w14:textId="77777777">
        <w:trPr>
          <w:cantSplit/>
          <w:jc w:val="center"/>
        </w:trPr>
        <w:tc>
          <w:tcPr>
            <w:tcW w:w="124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EB5F89" w14:textId="77777777" w:rsidR="00243343" w:rsidRDefault="00243343">
            <w:pPr>
              <w:spacing w:after="0"/>
            </w:pPr>
          </w:p>
        </w:tc>
        <w:tc>
          <w:tcPr>
            <w:tcW w:w="249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BCE581" w14:textId="77777777" w:rsidR="00243343" w:rsidRDefault="00243343">
            <w:pPr>
              <w:spacing w:after="0"/>
            </w:pPr>
          </w:p>
        </w:tc>
        <w:tc>
          <w:tcPr>
            <w:tcW w:w="175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BD84CA" w14:textId="77777777" w:rsidR="00243343" w:rsidRDefault="00243343">
            <w:pPr>
              <w:spacing w:after="0"/>
            </w:pPr>
          </w:p>
        </w:tc>
        <w:tc>
          <w:tcPr>
            <w:tcW w:w="232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9C2E32" w14:textId="77777777" w:rsidR="00243343" w:rsidRDefault="00243343">
            <w:pPr>
              <w:spacing w:after="0"/>
            </w:pPr>
          </w:p>
        </w:tc>
        <w:tc>
          <w:tcPr>
            <w:tcW w:w="113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A514D2" w14:textId="77777777" w:rsidR="00243343" w:rsidRDefault="00243343">
            <w:pPr>
              <w:spacing w:after="0"/>
            </w:pPr>
          </w:p>
        </w:tc>
        <w:tc>
          <w:tcPr>
            <w:tcW w:w="113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1CA243" w14:textId="77777777" w:rsidR="00243343" w:rsidRDefault="00243343">
            <w:pPr>
              <w:spacing w:after="0"/>
            </w:pPr>
          </w:p>
        </w:tc>
      </w:tr>
    </w:tbl>
    <w:p w14:paraId="544ACC12" w14:textId="77777777" w:rsidR="00243343" w:rsidRDefault="00376615">
      <w:pPr>
        <w:keepNext/>
        <w:spacing w:before="160"/>
      </w:pPr>
      <w:r>
        <w:rPr>
          <w:b/>
          <w:sz w:val="22"/>
        </w:rPr>
        <w:t>7. ORÇAMENTO E PLANO DE APLICAÇÃO</w:t>
      </w:r>
    </w:p>
    <w:p w14:paraId="5483B318" w14:textId="77777777" w:rsidR="00243343" w:rsidRDefault="00376615">
      <w:pPr>
        <w:spacing w:after="80" w:line="240" w:lineRule="auto"/>
      </w:pPr>
      <w:r>
        <w:rPr>
          <w:i/>
          <w:color w:val="595959"/>
          <w:sz w:val="17"/>
        </w:rPr>
        <w:t xml:space="preserve">Apresentar somente despesas necessárias à execução do projeto, observando os itens financiáveis e as restrições da Chamada Pública FAPESC nº 37/2026 e do </w:t>
      </w:r>
      <w:r>
        <w:rPr>
          <w:i/>
          <w:color w:val="595959"/>
          <w:sz w:val="17"/>
        </w:rPr>
        <w:t>Edital Interno. O valor total solicitado não poderá ultrapassar R$ 1.000.000,00 e deverá coincidir com o valor informado na Ficha de Inscrição e, posteriormente, no SIGFAPESC.</w:t>
      </w:r>
    </w:p>
    <w:p w14:paraId="5B7A706A" w14:textId="77777777" w:rsidR="00243343" w:rsidRDefault="00376615">
      <w:pPr>
        <w:keepNext/>
        <w:spacing w:before="100"/>
      </w:pPr>
      <w:r>
        <w:rPr>
          <w:b/>
          <w:sz w:val="20"/>
        </w:rPr>
        <w:t>7.1. Diárias</w:t>
      </w: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814"/>
        <w:gridCol w:w="1134"/>
        <w:gridCol w:w="1134"/>
        <w:gridCol w:w="1474"/>
        <w:gridCol w:w="1474"/>
        <w:gridCol w:w="3118"/>
      </w:tblGrid>
      <w:tr w:rsidR="00243343" w14:paraId="4168E00B" w14:textId="77777777">
        <w:trPr>
          <w:cantSplit/>
          <w:tblHeader/>
          <w:jc w:val="center"/>
        </w:trPr>
        <w:tc>
          <w:tcPr>
            <w:tcW w:w="1814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378467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Localidade</w:t>
            </w:r>
          </w:p>
        </w:tc>
        <w:tc>
          <w:tcPr>
            <w:tcW w:w="1134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DF1A7F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Quantidade</w:t>
            </w:r>
          </w:p>
        </w:tc>
        <w:tc>
          <w:tcPr>
            <w:tcW w:w="1134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081AA9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Unidade</w:t>
            </w:r>
          </w:p>
        </w:tc>
        <w:tc>
          <w:tcPr>
            <w:tcW w:w="1474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F3896B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Custo unitário (R$)</w:t>
            </w:r>
          </w:p>
        </w:tc>
        <w:tc>
          <w:tcPr>
            <w:tcW w:w="1474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EBBC20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 xml:space="preserve">Custo total </w:t>
            </w:r>
            <w:r>
              <w:rPr>
                <w:b/>
                <w:sz w:val="17"/>
              </w:rPr>
              <w:t>(R$)</w:t>
            </w:r>
          </w:p>
        </w:tc>
        <w:tc>
          <w:tcPr>
            <w:tcW w:w="3118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9D0F83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Justificativa</w:t>
            </w:r>
          </w:p>
        </w:tc>
      </w:tr>
      <w:tr w:rsidR="00243343" w14:paraId="2C4B24C4" w14:textId="77777777">
        <w:trPr>
          <w:cantSplit/>
          <w:jc w:val="center"/>
        </w:trPr>
        <w:tc>
          <w:tcPr>
            <w:tcW w:w="181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67DC76" w14:textId="77777777" w:rsidR="00243343" w:rsidRDefault="00243343">
            <w:pPr>
              <w:spacing w:after="0"/>
            </w:pPr>
          </w:p>
        </w:tc>
        <w:tc>
          <w:tcPr>
            <w:tcW w:w="113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818C3B" w14:textId="77777777" w:rsidR="00243343" w:rsidRDefault="00243343">
            <w:pPr>
              <w:spacing w:after="0"/>
            </w:pPr>
          </w:p>
        </w:tc>
        <w:tc>
          <w:tcPr>
            <w:tcW w:w="113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EDACE4" w14:textId="77777777" w:rsidR="00243343" w:rsidRDefault="00243343">
            <w:pPr>
              <w:spacing w:after="0"/>
            </w:pP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0E919B" w14:textId="77777777" w:rsidR="00243343" w:rsidRDefault="00243343">
            <w:pPr>
              <w:spacing w:after="0"/>
            </w:pP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F49491" w14:textId="77777777" w:rsidR="00243343" w:rsidRDefault="00243343">
            <w:pPr>
              <w:spacing w:after="0"/>
            </w:pPr>
          </w:p>
        </w:tc>
        <w:tc>
          <w:tcPr>
            <w:tcW w:w="311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F44D6C" w14:textId="77777777" w:rsidR="00243343" w:rsidRDefault="00243343">
            <w:pPr>
              <w:spacing w:after="0"/>
            </w:pPr>
          </w:p>
        </w:tc>
      </w:tr>
      <w:tr w:rsidR="00243343" w14:paraId="6DBE75AB" w14:textId="77777777">
        <w:trPr>
          <w:cantSplit/>
          <w:jc w:val="center"/>
        </w:trPr>
        <w:tc>
          <w:tcPr>
            <w:tcW w:w="181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CE48D8" w14:textId="77777777" w:rsidR="00243343" w:rsidRDefault="00243343">
            <w:pPr>
              <w:spacing w:after="0"/>
            </w:pPr>
          </w:p>
        </w:tc>
        <w:tc>
          <w:tcPr>
            <w:tcW w:w="113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CD77E9" w14:textId="77777777" w:rsidR="00243343" w:rsidRDefault="00243343">
            <w:pPr>
              <w:spacing w:after="0"/>
            </w:pPr>
          </w:p>
        </w:tc>
        <w:tc>
          <w:tcPr>
            <w:tcW w:w="113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7DFFA2" w14:textId="77777777" w:rsidR="00243343" w:rsidRDefault="00243343">
            <w:pPr>
              <w:spacing w:after="0"/>
            </w:pP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C4C977" w14:textId="77777777" w:rsidR="00243343" w:rsidRDefault="00243343">
            <w:pPr>
              <w:spacing w:after="0"/>
            </w:pP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718504" w14:textId="77777777" w:rsidR="00243343" w:rsidRDefault="00243343">
            <w:pPr>
              <w:spacing w:after="0"/>
            </w:pPr>
          </w:p>
        </w:tc>
        <w:tc>
          <w:tcPr>
            <w:tcW w:w="311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08B96D" w14:textId="77777777" w:rsidR="00243343" w:rsidRDefault="00243343">
            <w:pPr>
              <w:spacing w:after="0"/>
            </w:pPr>
          </w:p>
        </w:tc>
      </w:tr>
      <w:tr w:rsidR="00243343" w14:paraId="33A256E8" w14:textId="77777777">
        <w:trPr>
          <w:cantSplit/>
          <w:jc w:val="center"/>
        </w:trPr>
        <w:tc>
          <w:tcPr>
            <w:tcW w:w="181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B5109D" w14:textId="77777777" w:rsidR="00243343" w:rsidRDefault="00243343">
            <w:pPr>
              <w:spacing w:after="0"/>
            </w:pPr>
          </w:p>
        </w:tc>
        <w:tc>
          <w:tcPr>
            <w:tcW w:w="113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4B3BAA" w14:textId="77777777" w:rsidR="00243343" w:rsidRDefault="00243343">
            <w:pPr>
              <w:spacing w:after="0"/>
            </w:pPr>
          </w:p>
        </w:tc>
        <w:tc>
          <w:tcPr>
            <w:tcW w:w="113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3CC06D" w14:textId="77777777" w:rsidR="00243343" w:rsidRDefault="00243343">
            <w:pPr>
              <w:spacing w:after="0"/>
            </w:pP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AEDD02" w14:textId="77777777" w:rsidR="00243343" w:rsidRDefault="00243343">
            <w:pPr>
              <w:spacing w:after="0"/>
            </w:pP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614D2D" w14:textId="77777777" w:rsidR="00243343" w:rsidRDefault="00243343">
            <w:pPr>
              <w:spacing w:after="0"/>
            </w:pPr>
          </w:p>
        </w:tc>
        <w:tc>
          <w:tcPr>
            <w:tcW w:w="311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DA7AB6" w14:textId="77777777" w:rsidR="00243343" w:rsidRDefault="00243343">
            <w:pPr>
              <w:spacing w:after="0"/>
            </w:pPr>
          </w:p>
        </w:tc>
      </w:tr>
      <w:tr w:rsidR="00243343" w14:paraId="15D62823" w14:textId="77777777">
        <w:trPr>
          <w:cantSplit/>
          <w:jc w:val="center"/>
        </w:trPr>
        <w:tc>
          <w:tcPr>
            <w:tcW w:w="181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ECE45C" w14:textId="77777777" w:rsidR="00243343" w:rsidRDefault="00243343">
            <w:pPr>
              <w:spacing w:after="0"/>
            </w:pPr>
          </w:p>
        </w:tc>
        <w:tc>
          <w:tcPr>
            <w:tcW w:w="113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0194B6" w14:textId="77777777" w:rsidR="00243343" w:rsidRDefault="00243343">
            <w:pPr>
              <w:spacing w:after="0"/>
            </w:pPr>
          </w:p>
        </w:tc>
        <w:tc>
          <w:tcPr>
            <w:tcW w:w="113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B2C431" w14:textId="77777777" w:rsidR="00243343" w:rsidRDefault="00243343">
            <w:pPr>
              <w:spacing w:after="0"/>
            </w:pP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1D3682" w14:textId="77777777" w:rsidR="00243343" w:rsidRDefault="00243343">
            <w:pPr>
              <w:spacing w:after="0"/>
            </w:pP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C1079A" w14:textId="77777777" w:rsidR="00243343" w:rsidRDefault="00243343">
            <w:pPr>
              <w:spacing w:after="0"/>
            </w:pPr>
          </w:p>
        </w:tc>
        <w:tc>
          <w:tcPr>
            <w:tcW w:w="311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4D417E" w14:textId="77777777" w:rsidR="00243343" w:rsidRDefault="00243343">
            <w:pPr>
              <w:spacing w:after="0"/>
            </w:pPr>
          </w:p>
        </w:tc>
      </w:tr>
    </w:tbl>
    <w:p w14:paraId="53CE8461" w14:textId="77777777" w:rsidR="00243343" w:rsidRDefault="00376615">
      <w:pPr>
        <w:keepNext/>
        <w:spacing w:before="100"/>
      </w:pPr>
      <w:r>
        <w:rPr>
          <w:b/>
          <w:sz w:val="20"/>
        </w:rPr>
        <w:t>7.2. Material de consumo</w:t>
      </w: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381"/>
        <w:gridCol w:w="1020"/>
        <w:gridCol w:w="1020"/>
        <w:gridCol w:w="1417"/>
        <w:gridCol w:w="1417"/>
        <w:gridCol w:w="2891"/>
      </w:tblGrid>
      <w:tr w:rsidR="00243343" w14:paraId="43692FF8" w14:textId="77777777">
        <w:trPr>
          <w:cantSplit/>
          <w:tblHeader/>
          <w:jc w:val="center"/>
        </w:trPr>
        <w:tc>
          <w:tcPr>
            <w:tcW w:w="2381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B969E3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Especificação</w:t>
            </w:r>
          </w:p>
        </w:tc>
        <w:tc>
          <w:tcPr>
            <w:tcW w:w="1020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1FEB7A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Quantidade</w:t>
            </w:r>
          </w:p>
        </w:tc>
        <w:tc>
          <w:tcPr>
            <w:tcW w:w="1020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998223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Unidade</w:t>
            </w:r>
          </w:p>
        </w:tc>
        <w:tc>
          <w:tcPr>
            <w:tcW w:w="1417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2231E3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Custo unitário (R$)</w:t>
            </w:r>
          </w:p>
        </w:tc>
        <w:tc>
          <w:tcPr>
            <w:tcW w:w="1417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E09BA6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Custo total (R$)</w:t>
            </w:r>
          </w:p>
        </w:tc>
        <w:tc>
          <w:tcPr>
            <w:tcW w:w="2891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BFDC0A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Justificativa</w:t>
            </w:r>
          </w:p>
        </w:tc>
      </w:tr>
      <w:tr w:rsidR="00243343" w14:paraId="54F05A66" w14:textId="77777777">
        <w:trPr>
          <w:cantSplit/>
          <w:jc w:val="center"/>
        </w:trPr>
        <w:tc>
          <w:tcPr>
            <w:tcW w:w="238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6209BF" w14:textId="77777777" w:rsidR="00243343" w:rsidRDefault="00243343">
            <w:pPr>
              <w:spacing w:after="0"/>
            </w:pPr>
          </w:p>
        </w:tc>
        <w:tc>
          <w:tcPr>
            <w:tcW w:w="102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1CB743" w14:textId="77777777" w:rsidR="00243343" w:rsidRDefault="00243343">
            <w:pPr>
              <w:spacing w:after="0"/>
            </w:pPr>
          </w:p>
        </w:tc>
        <w:tc>
          <w:tcPr>
            <w:tcW w:w="102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AF34C6" w14:textId="77777777" w:rsidR="00243343" w:rsidRDefault="00243343">
            <w:pPr>
              <w:spacing w:after="0"/>
            </w:pP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884294" w14:textId="77777777" w:rsidR="00243343" w:rsidRDefault="00243343">
            <w:pPr>
              <w:spacing w:after="0"/>
            </w:pP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6F1FE0" w14:textId="77777777" w:rsidR="00243343" w:rsidRDefault="00243343">
            <w:pPr>
              <w:spacing w:after="0"/>
            </w:pPr>
          </w:p>
        </w:tc>
        <w:tc>
          <w:tcPr>
            <w:tcW w:w="289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26B4BB" w14:textId="77777777" w:rsidR="00243343" w:rsidRDefault="00243343">
            <w:pPr>
              <w:spacing w:after="0"/>
            </w:pPr>
          </w:p>
        </w:tc>
      </w:tr>
      <w:tr w:rsidR="00243343" w14:paraId="22A675D5" w14:textId="77777777">
        <w:trPr>
          <w:cantSplit/>
          <w:jc w:val="center"/>
        </w:trPr>
        <w:tc>
          <w:tcPr>
            <w:tcW w:w="238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C8ED8C" w14:textId="77777777" w:rsidR="00243343" w:rsidRDefault="00243343">
            <w:pPr>
              <w:spacing w:after="0"/>
            </w:pPr>
          </w:p>
        </w:tc>
        <w:tc>
          <w:tcPr>
            <w:tcW w:w="102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4DDC50" w14:textId="77777777" w:rsidR="00243343" w:rsidRDefault="00243343">
            <w:pPr>
              <w:spacing w:after="0"/>
            </w:pPr>
          </w:p>
        </w:tc>
        <w:tc>
          <w:tcPr>
            <w:tcW w:w="102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09DBB4" w14:textId="77777777" w:rsidR="00243343" w:rsidRDefault="00243343">
            <w:pPr>
              <w:spacing w:after="0"/>
            </w:pP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3E5EEE" w14:textId="77777777" w:rsidR="00243343" w:rsidRDefault="00243343">
            <w:pPr>
              <w:spacing w:after="0"/>
            </w:pP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CCC8CC" w14:textId="77777777" w:rsidR="00243343" w:rsidRDefault="00243343">
            <w:pPr>
              <w:spacing w:after="0"/>
            </w:pPr>
          </w:p>
        </w:tc>
        <w:tc>
          <w:tcPr>
            <w:tcW w:w="289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400902" w14:textId="77777777" w:rsidR="00243343" w:rsidRDefault="00243343">
            <w:pPr>
              <w:spacing w:after="0"/>
            </w:pPr>
          </w:p>
        </w:tc>
      </w:tr>
      <w:tr w:rsidR="00243343" w14:paraId="781D4632" w14:textId="77777777">
        <w:trPr>
          <w:cantSplit/>
          <w:jc w:val="center"/>
        </w:trPr>
        <w:tc>
          <w:tcPr>
            <w:tcW w:w="238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0339A1" w14:textId="77777777" w:rsidR="00243343" w:rsidRDefault="00243343">
            <w:pPr>
              <w:spacing w:after="0"/>
            </w:pPr>
          </w:p>
        </w:tc>
        <w:tc>
          <w:tcPr>
            <w:tcW w:w="102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C6B9BF" w14:textId="77777777" w:rsidR="00243343" w:rsidRDefault="00243343">
            <w:pPr>
              <w:spacing w:after="0"/>
            </w:pPr>
          </w:p>
        </w:tc>
        <w:tc>
          <w:tcPr>
            <w:tcW w:w="102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D08936" w14:textId="77777777" w:rsidR="00243343" w:rsidRDefault="00243343">
            <w:pPr>
              <w:spacing w:after="0"/>
            </w:pP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2CB8A2" w14:textId="77777777" w:rsidR="00243343" w:rsidRDefault="00243343">
            <w:pPr>
              <w:spacing w:after="0"/>
            </w:pP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B3EB6D" w14:textId="77777777" w:rsidR="00243343" w:rsidRDefault="00243343">
            <w:pPr>
              <w:spacing w:after="0"/>
            </w:pPr>
          </w:p>
        </w:tc>
        <w:tc>
          <w:tcPr>
            <w:tcW w:w="289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5BA6DE" w14:textId="77777777" w:rsidR="00243343" w:rsidRDefault="00243343">
            <w:pPr>
              <w:spacing w:after="0"/>
            </w:pPr>
          </w:p>
        </w:tc>
      </w:tr>
      <w:tr w:rsidR="00243343" w14:paraId="0070BDDD" w14:textId="77777777">
        <w:trPr>
          <w:cantSplit/>
          <w:jc w:val="center"/>
        </w:trPr>
        <w:tc>
          <w:tcPr>
            <w:tcW w:w="238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1AEB2C" w14:textId="77777777" w:rsidR="00243343" w:rsidRDefault="00243343">
            <w:pPr>
              <w:spacing w:after="0"/>
            </w:pPr>
          </w:p>
        </w:tc>
        <w:tc>
          <w:tcPr>
            <w:tcW w:w="102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BCA5F7" w14:textId="77777777" w:rsidR="00243343" w:rsidRDefault="00243343">
            <w:pPr>
              <w:spacing w:after="0"/>
            </w:pPr>
          </w:p>
        </w:tc>
        <w:tc>
          <w:tcPr>
            <w:tcW w:w="102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37CA4C" w14:textId="77777777" w:rsidR="00243343" w:rsidRDefault="00243343">
            <w:pPr>
              <w:spacing w:after="0"/>
            </w:pP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58B015" w14:textId="77777777" w:rsidR="00243343" w:rsidRDefault="00243343">
            <w:pPr>
              <w:spacing w:after="0"/>
            </w:pP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67F3BE" w14:textId="77777777" w:rsidR="00243343" w:rsidRDefault="00243343">
            <w:pPr>
              <w:spacing w:after="0"/>
            </w:pPr>
          </w:p>
        </w:tc>
        <w:tc>
          <w:tcPr>
            <w:tcW w:w="289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FE78E5" w14:textId="77777777" w:rsidR="00243343" w:rsidRDefault="00243343">
            <w:pPr>
              <w:spacing w:after="0"/>
            </w:pPr>
          </w:p>
        </w:tc>
      </w:tr>
    </w:tbl>
    <w:p w14:paraId="00308481" w14:textId="77777777" w:rsidR="00243343" w:rsidRDefault="00376615">
      <w:pPr>
        <w:keepNext/>
        <w:spacing w:before="100"/>
      </w:pPr>
      <w:r>
        <w:rPr>
          <w:b/>
          <w:sz w:val="20"/>
        </w:rPr>
        <w:t>7.3. Passagens</w:t>
      </w: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871"/>
        <w:gridCol w:w="1587"/>
        <w:gridCol w:w="963"/>
        <w:gridCol w:w="1417"/>
        <w:gridCol w:w="1417"/>
        <w:gridCol w:w="2891"/>
      </w:tblGrid>
      <w:tr w:rsidR="00243343" w14:paraId="03E1781F" w14:textId="77777777">
        <w:trPr>
          <w:cantSplit/>
          <w:tblHeader/>
          <w:jc w:val="center"/>
        </w:trPr>
        <w:tc>
          <w:tcPr>
            <w:tcW w:w="1871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580BB3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Trecho</w:t>
            </w:r>
          </w:p>
        </w:tc>
        <w:tc>
          <w:tcPr>
            <w:tcW w:w="1587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C5B844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Tipo (aérea/terrestre)</w:t>
            </w:r>
          </w:p>
        </w:tc>
        <w:tc>
          <w:tcPr>
            <w:tcW w:w="963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3ADBCD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Quantidade</w:t>
            </w:r>
          </w:p>
        </w:tc>
        <w:tc>
          <w:tcPr>
            <w:tcW w:w="1417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0F0BCF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 xml:space="preserve">Custo </w:t>
            </w:r>
            <w:r>
              <w:rPr>
                <w:b/>
                <w:sz w:val="17"/>
              </w:rPr>
              <w:t>unitário (R$)</w:t>
            </w:r>
          </w:p>
        </w:tc>
        <w:tc>
          <w:tcPr>
            <w:tcW w:w="1417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44D0D9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Custo total (R$)</w:t>
            </w:r>
          </w:p>
        </w:tc>
        <w:tc>
          <w:tcPr>
            <w:tcW w:w="2891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0D0E12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Justificativa</w:t>
            </w:r>
          </w:p>
        </w:tc>
      </w:tr>
      <w:tr w:rsidR="00243343" w14:paraId="2E264D1A" w14:textId="77777777">
        <w:trPr>
          <w:cantSplit/>
          <w:jc w:val="center"/>
        </w:trPr>
        <w:tc>
          <w:tcPr>
            <w:tcW w:w="187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C9FDD9" w14:textId="77777777" w:rsidR="00243343" w:rsidRDefault="00243343">
            <w:pPr>
              <w:spacing w:after="0"/>
            </w:pP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1C5DB4" w14:textId="77777777" w:rsidR="00243343" w:rsidRDefault="00243343">
            <w:pPr>
              <w:spacing w:after="0"/>
            </w:pPr>
          </w:p>
        </w:tc>
        <w:tc>
          <w:tcPr>
            <w:tcW w:w="963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437D35" w14:textId="77777777" w:rsidR="00243343" w:rsidRDefault="00243343">
            <w:pPr>
              <w:spacing w:after="0"/>
            </w:pP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274AA6" w14:textId="77777777" w:rsidR="00243343" w:rsidRDefault="00243343">
            <w:pPr>
              <w:spacing w:after="0"/>
            </w:pP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678777" w14:textId="77777777" w:rsidR="00243343" w:rsidRDefault="00243343">
            <w:pPr>
              <w:spacing w:after="0"/>
            </w:pPr>
          </w:p>
        </w:tc>
        <w:tc>
          <w:tcPr>
            <w:tcW w:w="289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C4ACCE" w14:textId="77777777" w:rsidR="00243343" w:rsidRDefault="00243343">
            <w:pPr>
              <w:spacing w:after="0"/>
            </w:pPr>
          </w:p>
        </w:tc>
      </w:tr>
      <w:tr w:rsidR="00243343" w14:paraId="0ECA1788" w14:textId="77777777">
        <w:trPr>
          <w:cantSplit/>
          <w:jc w:val="center"/>
        </w:trPr>
        <w:tc>
          <w:tcPr>
            <w:tcW w:w="187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68B85D" w14:textId="77777777" w:rsidR="00243343" w:rsidRDefault="00243343">
            <w:pPr>
              <w:spacing w:after="0"/>
            </w:pP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757A0F" w14:textId="77777777" w:rsidR="00243343" w:rsidRDefault="00243343">
            <w:pPr>
              <w:spacing w:after="0"/>
            </w:pPr>
          </w:p>
        </w:tc>
        <w:tc>
          <w:tcPr>
            <w:tcW w:w="963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D88D15" w14:textId="77777777" w:rsidR="00243343" w:rsidRDefault="00243343">
            <w:pPr>
              <w:spacing w:after="0"/>
            </w:pP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A92D3B" w14:textId="77777777" w:rsidR="00243343" w:rsidRDefault="00243343">
            <w:pPr>
              <w:spacing w:after="0"/>
            </w:pP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38F8AB" w14:textId="77777777" w:rsidR="00243343" w:rsidRDefault="00243343">
            <w:pPr>
              <w:spacing w:after="0"/>
            </w:pPr>
          </w:p>
        </w:tc>
        <w:tc>
          <w:tcPr>
            <w:tcW w:w="289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A86F7F" w14:textId="77777777" w:rsidR="00243343" w:rsidRDefault="00243343">
            <w:pPr>
              <w:spacing w:after="0"/>
            </w:pPr>
          </w:p>
        </w:tc>
      </w:tr>
      <w:tr w:rsidR="00243343" w14:paraId="1F5EE8CA" w14:textId="77777777">
        <w:trPr>
          <w:cantSplit/>
          <w:jc w:val="center"/>
        </w:trPr>
        <w:tc>
          <w:tcPr>
            <w:tcW w:w="187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F57F50" w14:textId="77777777" w:rsidR="00243343" w:rsidRDefault="00243343">
            <w:pPr>
              <w:spacing w:after="0"/>
            </w:pP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222822" w14:textId="77777777" w:rsidR="00243343" w:rsidRDefault="00243343">
            <w:pPr>
              <w:spacing w:after="0"/>
            </w:pPr>
          </w:p>
        </w:tc>
        <w:tc>
          <w:tcPr>
            <w:tcW w:w="963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6A74CB" w14:textId="77777777" w:rsidR="00243343" w:rsidRDefault="00243343">
            <w:pPr>
              <w:spacing w:after="0"/>
            </w:pP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0F84C8" w14:textId="77777777" w:rsidR="00243343" w:rsidRDefault="00243343">
            <w:pPr>
              <w:spacing w:after="0"/>
            </w:pP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65E25E" w14:textId="77777777" w:rsidR="00243343" w:rsidRDefault="00243343">
            <w:pPr>
              <w:spacing w:after="0"/>
            </w:pPr>
          </w:p>
        </w:tc>
        <w:tc>
          <w:tcPr>
            <w:tcW w:w="289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AA17C6" w14:textId="77777777" w:rsidR="00243343" w:rsidRDefault="00243343">
            <w:pPr>
              <w:spacing w:after="0"/>
            </w:pPr>
          </w:p>
        </w:tc>
      </w:tr>
      <w:tr w:rsidR="00243343" w14:paraId="5FAF831E" w14:textId="77777777">
        <w:trPr>
          <w:cantSplit/>
          <w:jc w:val="center"/>
        </w:trPr>
        <w:tc>
          <w:tcPr>
            <w:tcW w:w="187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154967" w14:textId="77777777" w:rsidR="00243343" w:rsidRDefault="00243343">
            <w:pPr>
              <w:spacing w:after="0"/>
            </w:pPr>
          </w:p>
        </w:tc>
        <w:tc>
          <w:tcPr>
            <w:tcW w:w="158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ADBADA" w14:textId="77777777" w:rsidR="00243343" w:rsidRDefault="00243343">
            <w:pPr>
              <w:spacing w:after="0"/>
            </w:pPr>
          </w:p>
        </w:tc>
        <w:tc>
          <w:tcPr>
            <w:tcW w:w="963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E60D24" w14:textId="77777777" w:rsidR="00243343" w:rsidRDefault="00243343">
            <w:pPr>
              <w:spacing w:after="0"/>
            </w:pP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931704" w14:textId="77777777" w:rsidR="00243343" w:rsidRDefault="00243343">
            <w:pPr>
              <w:spacing w:after="0"/>
            </w:pP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E6AE86" w14:textId="77777777" w:rsidR="00243343" w:rsidRDefault="00243343">
            <w:pPr>
              <w:spacing w:after="0"/>
            </w:pPr>
          </w:p>
        </w:tc>
        <w:tc>
          <w:tcPr>
            <w:tcW w:w="289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C21BC2" w14:textId="77777777" w:rsidR="00243343" w:rsidRDefault="00243343">
            <w:pPr>
              <w:spacing w:after="0"/>
            </w:pPr>
          </w:p>
        </w:tc>
      </w:tr>
    </w:tbl>
    <w:p w14:paraId="6B460517" w14:textId="77777777" w:rsidR="00243343" w:rsidRDefault="00376615">
      <w:pPr>
        <w:keepNext/>
        <w:spacing w:before="100"/>
      </w:pPr>
      <w:r>
        <w:rPr>
          <w:b/>
          <w:sz w:val="20"/>
        </w:rPr>
        <w:t>7.4. Serviços de terceiros</w:t>
      </w: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835"/>
        <w:gridCol w:w="1417"/>
        <w:gridCol w:w="1701"/>
        <w:gridCol w:w="4195"/>
      </w:tblGrid>
      <w:tr w:rsidR="00243343" w14:paraId="040AE969" w14:textId="77777777">
        <w:trPr>
          <w:cantSplit/>
          <w:tblHeader/>
          <w:jc w:val="center"/>
        </w:trPr>
        <w:tc>
          <w:tcPr>
            <w:tcW w:w="2835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3E3279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Especificação</w:t>
            </w:r>
          </w:p>
        </w:tc>
        <w:tc>
          <w:tcPr>
            <w:tcW w:w="1417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233430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Tipo (PF/PJ)</w:t>
            </w:r>
          </w:p>
        </w:tc>
        <w:tc>
          <w:tcPr>
            <w:tcW w:w="1701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95BC07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Custo total (R$)</w:t>
            </w:r>
          </w:p>
        </w:tc>
        <w:tc>
          <w:tcPr>
            <w:tcW w:w="4195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5B20ED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Justificativa</w:t>
            </w:r>
          </w:p>
        </w:tc>
      </w:tr>
      <w:tr w:rsidR="00243343" w14:paraId="39B1AFD4" w14:textId="77777777">
        <w:trPr>
          <w:cantSplit/>
          <w:jc w:val="center"/>
        </w:trPr>
        <w:tc>
          <w:tcPr>
            <w:tcW w:w="2835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A9154C" w14:textId="77777777" w:rsidR="00243343" w:rsidRDefault="00243343">
            <w:pPr>
              <w:spacing w:after="0"/>
            </w:pP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A2C845" w14:textId="77777777" w:rsidR="00243343" w:rsidRDefault="00243343">
            <w:pPr>
              <w:spacing w:after="0"/>
            </w:pPr>
          </w:p>
        </w:tc>
        <w:tc>
          <w:tcPr>
            <w:tcW w:w="170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E9D9BC" w14:textId="77777777" w:rsidR="00243343" w:rsidRDefault="00243343">
            <w:pPr>
              <w:spacing w:after="0"/>
            </w:pPr>
          </w:p>
        </w:tc>
        <w:tc>
          <w:tcPr>
            <w:tcW w:w="4195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52AC87" w14:textId="77777777" w:rsidR="00243343" w:rsidRDefault="00243343">
            <w:pPr>
              <w:spacing w:after="0"/>
            </w:pPr>
          </w:p>
        </w:tc>
      </w:tr>
      <w:tr w:rsidR="00243343" w14:paraId="3247D260" w14:textId="77777777">
        <w:trPr>
          <w:cantSplit/>
          <w:jc w:val="center"/>
        </w:trPr>
        <w:tc>
          <w:tcPr>
            <w:tcW w:w="2835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B32A5C" w14:textId="77777777" w:rsidR="00243343" w:rsidRDefault="00243343">
            <w:pPr>
              <w:spacing w:after="0"/>
            </w:pP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6CFD2A" w14:textId="77777777" w:rsidR="00243343" w:rsidRDefault="00243343">
            <w:pPr>
              <w:spacing w:after="0"/>
            </w:pPr>
          </w:p>
        </w:tc>
        <w:tc>
          <w:tcPr>
            <w:tcW w:w="170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3903E9" w14:textId="77777777" w:rsidR="00243343" w:rsidRDefault="00243343">
            <w:pPr>
              <w:spacing w:after="0"/>
            </w:pPr>
          </w:p>
        </w:tc>
        <w:tc>
          <w:tcPr>
            <w:tcW w:w="4195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57B858" w14:textId="77777777" w:rsidR="00243343" w:rsidRDefault="00243343">
            <w:pPr>
              <w:spacing w:after="0"/>
            </w:pPr>
          </w:p>
        </w:tc>
      </w:tr>
      <w:tr w:rsidR="00243343" w14:paraId="7B242EE9" w14:textId="77777777">
        <w:trPr>
          <w:cantSplit/>
          <w:jc w:val="center"/>
        </w:trPr>
        <w:tc>
          <w:tcPr>
            <w:tcW w:w="2835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5E6E84" w14:textId="77777777" w:rsidR="00243343" w:rsidRDefault="00243343">
            <w:pPr>
              <w:spacing w:after="0"/>
            </w:pP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C275ED" w14:textId="77777777" w:rsidR="00243343" w:rsidRDefault="00243343">
            <w:pPr>
              <w:spacing w:after="0"/>
            </w:pPr>
          </w:p>
        </w:tc>
        <w:tc>
          <w:tcPr>
            <w:tcW w:w="170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32D2E0" w14:textId="77777777" w:rsidR="00243343" w:rsidRDefault="00243343">
            <w:pPr>
              <w:spacing w:after="0"/>
            </w:pPr>
          </w:p>
        </w:tc>
        <w:tc>
          <w:tcPr>
            <w:tcW w:w="4195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D0A3AE" w14:textId="77777777" w:rsidR="00243343" w:rsidRDefault="00243343">
            <w:pPr>
              <w:spacing w:after="0"/>
            </w:pPr>
          </w:p>
        </w:tc>
      </w:tr>
      <w:tr w:rsidR="00243343" w14:paraId="3B5916AD" w14:textId="77777777">
        <w:trPr>
          <w:cantSplit/>
          <w:jc w:val="center"/>
        </w:trPr>
        <w:tc>
          <w:tcPr>
            <w:tcW w:w="2835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28A5A5" w14:textId="77777777" w:rsidR="00243343" w:rsidRDefault="00243343">
            <w:pPr>
              <w:spacing w:after="0"/>
            </w:pP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676E4D" w14:textId="77777777" w:rsidR="00243343" w:rsidRDefault="00243343">
            <w:pPr>
              <w:spacing w:after="0"/>
            </w:pPr>
          </w:p>
        </w:tc>
        <w:tc>
          <w:tcPr>
            <w:tcW w:w="170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FF6521" w14:textId="77777777" w:rsidR="00243343" w:rsidRDefault="00243343">
            <w:pPr>
              <w:spacing w:after="0"/>
            </w:pPr>
          </w:p>
        </w:tc>
        <w:tc>
          <w:tcPr>
            <w:tcW w:w="4195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D75EB5" w14:textId="77777777" w:rsidR="00243343" w:rsidRDefault="00243343">
            <w:pPr>
              <w:spacing w:after="0"/>
            </w:pPr>
          </w:p>
        </w:tc>
      </w:tr>
    </w:tbl>
    <w:p w14:paraId="63C7CB47" w14:textId="77777777" w:rsidR="00243343" w:rsidRDefault="00376615">
      <w:pPr>
        <w:keepNext/>
        <w:spacing w:before="100"/>
      </w:pPr>
      <w:r>
        <w:rPr>
          <w:b/>
          <w:sz w:val="20"/>
        </w:rPr>
        <w:t>7.5. Materiais permanentes e equipamentos</w:t>
      </w: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381"/>
        <w:gridCol w:w="1020"/>
        <w:gridCol w:w="1020"/>
        <w:gridCol w:w="1417"/>
        <w:gridCol w:w="1417"/>
        <w:gridCol w:w="2891"/>
      </w:tblGrid>
      <w:tr w:rsidR="00243343" w14:paraId="78ED3F53" w14:textId="77777777">
        <w:trPr>
          <w:cantSplit/>
          <w:tblHeader/>
          <w:jc w:val="center"/>
        </w:trPr>
        <w:tc>
          <w:tcPr>
            <w:tcW w:w="2381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CE5A3C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Especificação</w:t>
            </w:r>
          </w:p>
        </w:tc>
        <w:tc>
          <w:tcPr>
            <w:tcW w:w="1020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685171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Quantidade</w:t>
            </w:r>
          </w:p>
        </w:tc>
        <w:tc>
          <w:tcPr>
            <w:tcW w:w="1020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0924E2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Unidade</w:t>
            </w:r>
          </w:p>
        </w:tc>
        <w:tc>
          <w:tcPr>
            <w:tcW w:w="1417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D8D1DD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Custo unitário (R$)</w:t>
            </w:r>
          </w:p>
        </w:tc>
        <w:tc>
          <w:tcPr>
            <w:tcW w:w="1417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F7C402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Custo total (R$)</w:t>
            </w:r>
          </w:p>
        </w:tc>
        <w:tc>
          <w:tcPr>
            <w:tcW w:w="2891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274776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Justificativa</w:t>
            </w:r>
          </w:p>
        </w:tc>
      </w:tr>
      <w:tr w:rsidR="00243343" w14:paraId="29E1B0FC" w14:textId="77777777">
        <w:trPr>
          <w:cantSplit/>
          <w:jc w:val="center"/>
        </w:trPr>
        <w:tc>
          <w:tcPr>
            <w:tcW w:w="238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A33B9A" w14:textId="77777777" w:rsidR="00243343" w:rsidRDefault="00243343">
            <w:pPr>
              <w:spacing w:after="0"/>
            </w:pPr>
          </w:p>
        </w:tc>
        <w:tc>
          <w:tcPr>
            <w:tcW w:w="102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3264E0" w14:textId="77777777" w:rsidR="00243343" w:rsidRDefault="00243343">
            <w:pPr>
              <w:spacing w:after="0"/>
            </w:pPr>
          </w:p>
        </w:tc>
        <w:tc>
          <w:tcPr>
            <w:tcW w:w="102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54CEBA" w14:textId="77777777" w:rsidR="00243343" w:rsidRDefault="00243343">
            <w:pPr>
              <w:spacing w:after="0"/>
            </w:pP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8B77E1" w14:textId="77777777" w:rsidR="00243343" w:rsidRDefault="00243343">
            <w:pPr>
              <w:spacing w:after="0"/>
            </w:pP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82E96E" w14:textId="77777777" w:rsidR="00243343" w:rsidRDefault="00243343">
            <w:pPr>
              <w:spacing w:after="0"/>
            </w:pPr>
          </w:p>
        </w:tc>
        <w:tc>
          <w:tcPr>
            <w:tcW w:w="289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41C9A5" w14:textId="77777777" w:rsidR="00243343" w:rsidRDefault="00243343">
            <w:pPr>
              <w:spacing w:after="0"/>
            </w:pPr>
          </w:p>
        </w:tc>
      </w:tr>
      <w:tr w:rsidR="00243343" w14:paraId="085E9BFA" w14:textId="77777777">
        <w:trPr>
          <w:cantSplit/>
          <w:jc w:val="center"/>
        </w:trPr>
        <w:tc>
          <w:tcPr>
            <w:tcW w:w="238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4F788E" w14:textId="77777777" w:rsidR="00243343" w:rsidRDefault="00243343">
            <w:pPr>
              <w:spacing w:after="0"/>
            </w:pPr>
          </w:p>
        </w:tc>
        <w:tc>
          <w:tcPr>
            <w:tcW w:w="102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D0C497" w14:textId="77777777" w:rsidR="00243343" w:rsidRDefault="00243343">
            <w:pPr>
              <w:spacing w:after="0"/>
            </w:pPr>
          </w:p>
        </w:tc>
        <w:tc>
          <w:tcPr>
            <w:tcW w:w="102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12A900" w14:textId="77777777" w:rsidR="00243343" w:rsidRDefault="00243343">
            <w:pPr>
              <w:spacing w:after="0"/>
            </w:pP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EA3E2A" w14:textId="77777777" w:rsidR="00243343" w:rsidRDefault="00243343">
            <w:pPr>
              <w:spacing w:after="0"/>
            </w:pP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5FB0F1" w14:textId="77777777" w:rsidR="00243343" w:rsidRDefault="00243343">
            <w:pPr>
              <w:spacing w:after="0"/>
            </w:pPr>
          </w:p>
        </w:tc>
        <w:tc>
          <w:tcPr>
            <w:tcW w:w="289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13E5AB" w14:textId="77777777" w:rsidR="00243343" w:rsidRDefault="00243343">
            <w:pPr>
              <w:spacing w:after="0"/>
            </w:pPr>
          </w:p>
        </w:tc>
      </w:tr>
      <w:tr w:rsidR="00243343" w14:paraId="654C4E3C" w14:textId="77777777">
        <w:trPr>
          <w:cantSplit/>
          <w:jc w:val="center"/>
        </w:trPr>
        <w:tc>
          <w:tcPr>
            <w:tcW w:w="238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928AE8" w14:textId="77777777" w:rsidR="00243343" w:rsidRDefault="00243343">
            <w:pPr>
              <w:spacing w:after="0"/>
            </w:pPr>
          </w:p>
        </w:tc>
        <w:tc>
          <w:tcPr>
            <w:tcW w:w="102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E7ABE5" w14:textId="77777777" w:rsidR="00243343" w:rsidRDefault="00243343">
            <w:pPr>
              <w:spacing w:after="0"/>
            </w:pPr>
          </w:p>
        </w:tc>
        <w:tc>
          <w:tcPr>
            <w:tcW w:w="102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BA19DA" w14:textId="77777777" w:rsidR="00243343" w:rsidRDefault="00243343">
            <w:pPr>
              <w:spacing w:after="0"/>
            </w:pP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7E99BC" w14:textId="77777777" w:rsidR="00243343" w:rsidRDefault="00243343">
            <w:pPr>
              <w:spacing w:after="0"/>
            </w:pP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DCA8EC" w14:textId="77777777" w:rsidR="00243343" w:rsidRDefault="00243343">
            <w:pPr>
              <w:spacing w:after="0"/>
            </w:pPr>
          </w:p>
        </w:tc>
        <w:tc>
          <w:tcPr>
            <w:tcW w:w="289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494798" w14:textId="77777777" w:rsidR="00243343" w:rsidRDefault="00243343">
            <w:pPr>
              <w:spacing w:after="0"/>
            </w:pPr>
          </w:p>
        </w:tc>
      </w:tr>
      <w:tr w:rsidR="00243343" w14:paraId="7AAED450" w14:textId="77777777">
        <w:trPr>
          <w:cantSplit/>
          <w:jc w:val="center"/>
        </w:trPr>
        <w:tc>
          <w:tcPr>
            <w:tcW w:w="238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624098" w14:textId="77777777" w:rsidR="00243343" w:rsidRDefault="00243343">
            <w:pPr>
              <w:spacing w:after="0"/>
            </w:pPr>
          </w:p>
        </w:tc>
        <w:tc>
          <w:tcPr>
            <w:tcW w:w="102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54D72B" w14:textId="77777777" w:rsidR="00243343" w:rsidRDefault="00243343">
            <w:pPr>
              <w:spacing w:after="0"/>
            </w:pPr>
          </w:p>
        </w:tc>
        <w:tc>
          <w:tcPr>
            <w:tcW w:w="102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CF5F32" w14:textId="77777777" w:rsidR="00243343" w:rsidRDefault="00243343">
            <w:pPr>
              <w:spacing w:after="0"/>
            </w:pP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83BB16" w14:textId="77777777" w:rsidR="00243343" w:rsidRDefault="00243343">
            <w:pPr>
              <w:spacing w:after="0"/>
            </w:pP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ACFE20" w14:textId="77777777" w:rsidR="00243343" w:rsidRDefault="00243343">
            <w:pPr>
              <w:spacing w:after="0"/>
            </w:pPr>
          </w:p>
        </w:tc>
        <w:tc>
          <w:tcPr>
            <w:tcW w:w="289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9E083C" w14:textId="77777777" w:rsidR="00243343" w:rsidRDefault="00243343">
            <w:pPr>
              <w:spacing w:after="0"/>
            </w:pPr>
          </w:p>
        </w:tc>
      </w:tr>
    </w:tbl>
    <w:p w14:paraId="2013FE32" w14:textId="77777777" w:rsidR="00243343" w:rsidRDefault="00376615">
      <w:pPr>
        <w:keepNext/>
        <w:spacing w:before="100"/>
      </w:pPr>
      <w:r>
        <w:rPr>
          <w:b/>
          <w:sz w:val="20"/>
        </w:rPr>
        <w:t>7.6. Bolsas</w:t>
      </w: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927"/>
        <w:gridCol w:w="963"/>
        <w:gridCol w:w="1247"/>
        <w:gridCol w:w="1474"/>
        <w:gridCol w:w="1474"/>
        <w:gridCol w:w="3061"/>
      </w:tblGrid>
      <w:tr w:rsidR="00243343" w14:paraId="1EA1F252" w14:textId="77777777">
        <w:trPr>
          <w:cantSplit/>
          <w:tblHeader/>
          <w:jc w:val="center"/>
        </w:trPr>
        <w:tc>
          <w:tcPr>
            <w:tcW w:w="1927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0B84D4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Modalidade</w:t>
            </w:r>
          </w:p>
        </w:tc>
        <w:tc>
          <w:tcPr>
            <w:tcW w:w="963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F3897D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Quantidade</w:t>
            </w:r>
          </w:p>
        </w:tc>
        <w:tc>
          <w:tcPr>
            <w:tcW w:w="1247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EE5D66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Duração (meses)</w:t>
            </w:r>
          </w:p>
        </w:tc>
        <w:tc>
          <w:tcPr>
            <w:tcW w:w="1474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81D57D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Valor mensal (R$)</w:t>
            </w:r>
          </w:p>
        </w:tc>
        <w:tc>
          <w:tcPr>
            <w:tcW w:w="1474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E80888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Custo total (R$)</w:t>
            </w:r>
          </w:p>
        </w:tc>
        <w:tc>
          <w:tcPr>
            <w:tcW w:w="3061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9C2771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Justificativa</w:t>
            </w:r>
          </w:p>
        </w:tc>
      </w:tr>
      <w:tr w:rsidR="00243343" w14:paraId="25335BBA" w14:textId="77777777">
        <w:trPr>
          <w:cantSplit/>
          <w:jc w:val="center"/>
        </w:trPr>
        <w:tc>
          <w:tcPr>
            <w:tcW w:w="192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D9E637" w14:textId="77777777" w:rsidR="00243343" w:rsidRDefault="00243343">
            <w:pPr>
              <w:spacing w:after="0"/>
            </w:pPr>
          </w:p>
        </w:tc>
        <w:tc>
          <w:tcPr>
            <w:tcW w:w="963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61AF2F" w14:textId="77777777" w:rsidR="00243343" w:rsidRDefault="00243343">
            <w:pPr>
              <w:spacing w:after="0"/>
            </w:pPr>
          </w:p>
        </w:tc>
        <w:tc>
          <w:tcPr>
            <w:tcW w:w="124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8A8ACB" w14:textId="77777777" w:rsidR="00243343" w:rsidRDefault="00243343">
            <w:pPr>
              <w:spacing w:after="0"/>
            </w:pP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FB7D18" w14:textId="77777777" w:rsidR="00243343" w:rsidRDefault="00243343">
            <w:pPr>
              <w:spacing w:after="0"/>
            </w:pP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FAB20C" w14:textId="77777777" w:rsidR="00243343" w:rsidRDefault="00243343">
            <w:pPr>
              <w:spacing w:after="0"/>
            </w:pPr>
          </w:p>
        </w:tc>
        <w:tc>
          <w:tcPr>
            <w:tcW w:w="306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8D5645" w14:textId="77777777" w:rsidR="00243343" w:rsidRDefault="00243343">
            <w:pPr>
              <w:spacing w:after="0"/>
            </w:pPr>
          </w:p>
        </w:tc>
      </w:tr>
      <w:tr w:rsidR="00243343" w14:paraId="52B4F232" w14:textId="77777777">
        <w:trPr>
          <w:cantSplit/>
          <w:jc w:val="center"/>
        </w:trPr>
        <w:tc>
          <w:tcPr>
            <w:tcW w:w="192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52AD10" w14:textId="77777777" w:rsidR="00243343" w:rsidRDefault="00243343">
            <w:pPr>
              <w:spacing w:after="0"/>
            </w:pPr>
          </w:p>
        </w:tc>
        <w:tc>
          <w:tcPr>
            <w:tcW w:w="963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C60506" w14:textId="77777777" w:rsidR="00243343" w:rsidRDefault="00243343">
            <w:pPr>
              <w:spacing w:after="0"/>
            </w:pPr>
          </w:p>
        </w:tc>
        <w:tc>
          <w:tcPr>
            <w:tcW w:w="124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BB7239" w14:textId="77777777" w:rsidR="00243343" w:rsidRDefault="00243343">
            <w:pPr>
              <w:spacing w:after="0"/>
            </w:pP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19D3A5" w14:textId="77777777" w:rsidR="00243343" w:rsidRDefault="00243343">
            <w:pPr>
              <w:spacing w:after="0"/>
            </w:pP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D919BC" w14:textId="77777777" w:rsidR="00243343" w:rsidRDefault="00243343">
            <w:pPr>
              <w:spacing w:after="0"/>
            </w:pPr>
          </w:p>
        </w:tc>
        <w:tc>
          <w:tcPr>
            <w:tcW w:w="306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BD355D" w14:textId="77777777" w:rsidR="00243343" w:rsidRDefault="00243343">
            <w:pPr>
              <w:spacing w:after="0"/>
            </w:pPr>
          </w:p>
        </w:tc>
      </w:tr>
      <w:tr w:rsidR="00243343" w14:paraId="108AEBE4" w14:textId="77777777">
        <w:trPr>
          <w:cantSplit/>
          <w:jc w:val="center"/>
        </w:trPr>
        <w:tc>
          <w:tcPr>
            <w:tcW w:w="192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BC57F7" w14:textId="77777777" w:rsidR="00243343" w:rsidRDefault="00243343">
            <w:pPr>
              <w:spacing w:after="0"/>
            </w:pPr>
          </w:p>
        </w:tc>
        <w:tc>
          <w:tcPr>
            <w:tcW w:w="963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874326" w14:textId="77777777" w:rsidR="00243343" w:rsidRDefault="00243343">
            <w:pPr>
              <w:spacing w:after="0"/>
            </w:pPr>
          </w:p>
        </w:tc>
        <w:tc>
          <w:tcPr>
            <w:tcW w:w="124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27C6EB" w14:textId="77777777" w:rsidR="00243343" w:rsidRDefault="00243343">
            <w:pPr>
              <w:spacing w:after="0"/>
            </w:pP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072C77" w14:textId="77777777" w:rsidR="00243343" w:rsidRDefault="00243343">
            <w:pPr>
              <w:spacing w:after="0"/>
            </w:pP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41BE41" w14:textId="77777777" w:rsidR="00243343" w:rsidRDefault="00243343">
            <w:pPr>
              <w:spacing w:after="0"/>
            </w:pPr>
          </w:p>
        </w:tc>
        <w:tc>
          <w:tcPr>
            <w:tcW w:w="306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2C822D" w14:textId="77777777" w:rsidR="00243343" w:rsidRDefault="00243343">
            <w:pPr>
              <w:spacing w:after="0"/>
            </w:pPr>
          </w:p>
        </w:tc>
      </w:tr>
      <w:tr w:rsidR="00243343" w14:paraId="63DE2D7D" w14:textId="77777777">
        <w:trPr>
          <w:cantSplit/>
          <w:jc w:val="center"/>
        </w:trPr>
        <w:tc>
          <w:tcPr>
            <w:tcW w:w="192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884C37" w14:textId="77777777" w:rsidR="00243343" w:rsidRDefault="00243343">
            <w:pPr>
              <w:spacing w:after="0"/>
            </w:pPr>
          </w:p>
        </w:tc>
        <w:tc>
          <w:tcPr>
            <w:tcW w:w="963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E0B145" w14:textId="77777777" w:rsidR="00243343" w:rsidRDefault="00243343">
            <w:pPr>
              <w:spacing w:after="0"/>
            </w:pPr>
          </w:p>
        </w:tc>
        <w:tc>
          <w:tcPr>
            <w:tcW w:w="124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FD955B" w14:textId="77777777" w:rsidR="00243343" w:rsidRDefault="00243343">
            <w:pPr>
              <w:spacing w:after="0"/>
            </w:pP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57B67A" w14:textId="77777777" w:rsidR="00243343" w:rsidRDefault="00243343">
            <w:pPr>
              <w:spacing w:after="0"/>
            </w:pPr>
          </w:p>
        </w:tc>
        <w:tc>
          <w:tcPr>
            <w:tcW w:w="1474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0027E2" w14:textId="77777777" w:rsidR="00243343" w:rsidRDefault="00243343">
            <w:pPr>
              <w:spacing w:after="0"/>
            </w:pPr>
          </w:p>
        </w:tc>
        <w:tc>
          <w:tcPr>
            <w:tcW w:w="306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06E078" w14:textId="77777777" w:rsidR="00243343" w:rsidRDefault="00243343">
            <w:pPr>
              <w:spacing w:after="0"/>
            </w:pPr>
          </w:p>
        </w:tc>
      </w:tr>
    </w:tbl>
    <w:p w14:paraId="5D8402B4" w14:textId="77777777" w:rsidR="00243343" w:rsidRDefault="00376615">
      <w:pPr>
        <w:keepNext/>
        <w:spacing w:before="100"/>
      </w:pPr>
      <w:r>
        <w:rPr>
          <w:b/>
          <w:sz w:val="20"/>
        </w:rPr>
        <w:t xml:space="preserve">7.7. Despesas acessórias, </w:t>
      </w:r>
      <w:r>
        <w:rPr>
          <w:b/>
          <w:sz w:val="20"/>
        </w:rPr>
        <w:t>adequações e instalações</w:t>
      </w: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381"/>
        <w:gridCol w:w="1020"/>
        <w:gridCol w:w="1020"/>
        <w:gridCol w:w="1417"/>
        <w:gridCol w:w="1417"/>
        <w:gridCol w:w="2891"/>
      </w:tblGrid>
      <w:tr w:rsidR="00243343" w14:paraId="27FFE0AA" w14:textId="77777777">
        <w:trPr>
          <w:cantSplit/>
          <w:tblHeader/>
          <w:jc w:val="center"/>
        </w:trPr>
        <w:tc>
          <w:tcPr>
            <w:tcW w:w="2381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689B9E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Especificação</w:t>
            </w:r>
          </w:p>
        </w:tc>
        <w:tc>
          <w:tcPr>
            <w:tcW w:w="1020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26C946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Quantidade</w:t>
            </w:r>
          </w:p>
        </w:tc>
        <w:tc>
          <w:tcPr>
            <w:tcW w:w="1020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046A35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Unidade</w:t>
            </w:r>
          </w:p>
        </w:tc>
        <w:tc>
          <w:tcPr>
            <w:tcW w:w="1417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6B3CB0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Custo unitário (R$)</w:t>
            </w:r>
          </w:p>
        </w:tc>
        <w:tc>
          <w:tcPr>
            <w:tcW w:w="1417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03DFB7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Custo total (R$)</w:t>
            </w:r>
          </w:p>
        </w:tc>
        <w:tc>
          <w:tcPr>
            <w:tcW w:w="2891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AA36AB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Justificativa</w:t>
            </w:r>
          </w:p>
        </w:tc>
      </w:tr>
      <w:tr w:rsidR="00243343" w14:paraId="156CF73B" w14:textId="77777777">
        <w:trPr>
          <w:cantSplit/>
          <w:jc w:val="center"/>
        </w:trPr>
        <w:tc>
          <w:tcPr>
            <w:tcW w:w="238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5AA97C" w14:textId="77777777" w:rsidR="00243343" w:rsidRDefault="00243343">
            <w:pPr>
              <w:spacing w:after="0"/>
            </w:pPr>
          </w:p>
        </w:tc>
        <w:tc>
          <w:tcPr>
            <w:tcW w:w="102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24B7B7" w14:textId="77777777" w:rsidR="00243343" w:rsidRDefault="00243343">
            <w:pPr>
              <w:spacing w:after="0"/>
            </w:pPr>
          </w:p>
        </w:tc>
        <w:tc>
          <w:tcPr>
            <w:tcW w:w="102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A8ADC3" w14:textId="77777777" w:rsidR="00243343" w:rsidRDefault="00243343">
            <w:pPr>
              <w:spacing w:after="0"/>
            </w:pP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1EFA37" w14:textId="77777777" w:rsidR="00243343" w:rsidRDefault="00243343">
            <w:pPr>
              <w:spacing w:after="0"/>
            </w:pP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71EADD" w14:textId="77777777" w:rsidR="00243343" w:rsidRDefault="00243343">
            <w:pPr>
              <w:spacing w:after="0"/>
            </w:pPr>
          </w:p>
        </w:tc>
        <w:tc>
          <w:tcPr>
            <w:tcW w:w="289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4C2D26" w14:textId="77777777" w:rsidR="00243343" w:rsidRDefault="00243343">
            <w:pPr>
              <w:spacing w:after="0"/>
            </w:pPr>
          </w:p>
        </w:tc>
      </w:tr>
      <w:tr w:rsidR="00243343" w14:paraId="2D1D5EDF" w14:textId="77777777">
        <w:trPr>
          <w:cantSplit/>
          <w:jc w:val="center"/>
        </w:trPr>
        <w:tc>
          <w:tcPr>
            <w:tcW w:w="238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553F8B" w14:textId="77777777" w:rsidR="00243343" w:rsidRDefault="00243343">
            <w:pPr>
              <w:spacing w:after="0"/>
            </w:pPr>
          </w:p>
        </w:tc>
        <w:tc>
          <w:tcPr>
            <w:tcW w:w="102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73784F" w14:textId="77777777" w:rsidR="00243343" w:rsidRDefault="00243343">
            <w:pPr>
              <w:spacing w:after="0"/>
            </w:pPr>
          </w:p>
        </w:tc>
        <w:tc>
          <w:tcPr>
            <w:tcW w:w="102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DB4D1C" w14:textId="77777777" w:rsidR="00243343" w:rsidRDefault="00243343">
            <w:pPr>
              <w:spacing w:after="0"/>
            </w:pP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29FFEB" w14:textId="77777777" w:rsidR="00243343" w:rsidRDefault="00243343">
            <w:pPr>
              <w:spacing w:after="0"/>
            </w:pP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4B9E8F" w14:textId="77777777" w:rsidR="00243343" w:rsidRDefault="00243343">
            <w:pPr>
              <w:spacing w:after="0"/>
            </w:pPr>
          </w:p>
        </w:tc>
        <w:tc>
          <w:tcPr>
            <w:tcW w:w="289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0E92AA" w14:textId="77777777" w:rsidR="00243343" w:rsidRDefault="00243343">
            <w:pPr>
              <w:spacing w:after="0"/>
            </w:pPr>
          </w:p>
        </w:tc>
      </w:tr>
      <w:tr w:rsidR="00243343" w14:paraId="66C58DCC" w14:textId="77777777">
        <w:trPr>
          <w:cantSplit/>
          <w:jc w:val="center"/>
        </w:trPr>
        <w:tc>
          <w:tcPr>
            <w:tcW w:w="238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CD660E" w14:textId="77777777" w:rsidR="00243343" w:rsidRDefault="00243343">
            <w:pPr>
              <w:spacing w:after="0"/>
            </w:pPr>
          </w:p>
        </w:tc>
        <w:tc>
          <w:tcPr>
            <w:tcW w:w="102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D10726" w14:textId="77777777" w:rsidR="00243343" w:rsidRDefault="00243343">
            <w:pPr>
              <w:spacing w:after="0"/>
            </w:pPr>
          </w:p>
        </w:tc>
        <w:tc>
          <w:tcPr>
            <w:tcW w:w="102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0BEB09" w14:textId="77777777" w:rsidR="00243343" w:rsidRDefault="00243343">
            <w:pPr>
              <w:spacing w:after="0"/>
            </w:pP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4494E2" w14:textId="77777777" w:rsidR="00243343" w:rsidRDefault="00243343">
            <w:pPr>
              <w:spacing w:after="0"/>
            </w:pP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10690E" w14:textId="77777777" w:rsidR="00243343" w:rsidRDefault="00243343">
            <w:pPr>
              <w:spacing w:after="0"/>
            </w:pPr>
          </w:p>
        </w:tc>
        <w:tc>
          <w:tcPr>
            <w:tcW w:w="289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9B3ED1" w14:textId="77777777" w:rsidR="00243343" w:rsidRDefault="00243343">
            <w:pPr>
              <w:spacing w:after="0"/>
            </w:pPr>
          </w:p>
        </w:tc>
      </w:tr>
      <w:tr w:rsidR="00243343" w14:paraId="529F0365" w14:textId="77777777">
        <w:trPr>
          <w:cantSplit/>
          <w:jc w:val="center"/>
        </w:trPr>
        <w:tc>
          <w:tcPr>
            <w:tcW w:w="238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DDBBF4" w14:textId="77777777" w:rsidR="00243343" w:rsidRDefault="00243343">
            <w:pPr>
              <w:spacing w:after="0"/>
            </w:pPr>
          </w:p>
        </w:tc>
        <w:tc>
          <w:tcPr>
            <w:tcW w:w="102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80483F" w14:textId="77777777" w:rsidR="00243343" w:rsidRDefault="00243343">
            <w:pPr>
              <w:spacing w:after="0"/>
            </w:pPr>
          </w:p>
        </w:tc>
        <w:tc>
          <w:tcPr>
            <w:tcW w:w="1020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60731A" w14:textId="77777777" w:rsidR="00243343" w:rsidRDefault="00243343">
            <w:pPr>
              <w:spacing w:after="0"/>
            </w:pP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2C7A99" w14:textId="77777777" w:rsidR="00243343" w:rsidRDefault="00243343">
            <w:pPr>
              <w:spacing w:after="0"/>
            </w:pPr>
          </w:p>
        </w:tc>
        <w:tc>
          <w:tcPr>
            <w:tcW w:w="1417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68045F" w14:textId="77777777" w:rsidR="00243343" w:rsidRDefault="00243343">
            <w:pPr>
              <w:spacing w:after="0"/>
            </w:pPr>
          </w:p>
        </w:tc>
        <w:tc>
          <w:tcPr>
            <w:tcW w:w="289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7C5A40" w14:textId="77777777" w:rsidR="00243343" w:rsidRDefault="00243343">
            <w:pPr>
              <w:spacing w:after="0"/>
            </w:pPr>
          </w:p>
        </w:tc>
      </w:tr>
    </w:tbl>
    <w:p w14:paraId="395211BC" w14:textId="77777777" w:rsidR="00243343" w:rsidRDefault="00376615">
      <w:pPr>
        <w:keepNext/>
        <w:spacing w:before="100"/>
      </w:pPr>
      <w:r>
        <w:rPr>
          <w:b/>
          <w:sz w:val="20"/>
        </w:rPr>
        <w:t>7.8. Resumo do orçamento</w:t>
      </w: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371"/>
        <w:gridCol w:w="2778"/>
      </w:tblGrid>
      <w:tr w:rsidR="00243343" w14:paraId="3DFA5864" w14:textId="77777777">
        <w:trPr>
          <w:cantSplit/>
          <w:tblHeader/>
          <w:jc w:val="center"/>
        </w:trPr>
        <w:tc>
          <w:tcPr>
            <w:tcW w:w="7371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7F1D2F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Categoria de despesa</w:t>
            </w:r>
          </w:p>
        </w:tc>
        <w:tc>
          <w:tcPr>
            <w:tcW w:w="2778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8F5D47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Valor (R$)</w:t>
            </w:r>
          </w:p>
        </w:tc>
      </w:tr>
      <w:tr w:rsidR="00243343" w14:paraId="706B6CD1" w14:textId="77777777">
        <w:trPr>
          <w:cantSplit/>
          <w:jc w:val="center"/>
        </w:trPr>
        <w:tc>
          <w:tcPr>
            <w:tcW w:w="737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1DC7DF" w14:textId="77777777" w:rsidR="00243343" w:rsidRDefault="00376615">
            <w:pPr>
              <w:spacing w:after="0"/>
            </w:pPr>
            <w:r>
              <w:rPr>
                <w:sz w:val="17"/>
              </w:rPr>
              <w:t>Diárias</w:t>
            </w:r>
          </w:p>
        </w:tc>
        <w:tc>
          <w:tcPr>
            <w:tcW w:w="277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89A428" w14:textId="77777777" w:rsidR="00243343" w:rsidRDefault="00243343">
            <w:pPr>
              <w:spacing w:after="0"/>
            </w:pPr>
          </w:p>
        </w:tc>
      </w:tr>
      <w:tr w:rsidR="00243343" w14:paraId="4F0772AC" w14:textId="77777777">
        <w:trPr>
          <w:cantSplit/>
          <w:jc w:val="center"/>
        </w:trPr>
        <w:tc>
          <w:tcPr>
            <w:tcW w:w="737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3A8968" w14:textId="77777777" w:rsidR="00243343" w:rsidRDefault="00376615">
            <w:pPr>
              <w:spacing w:after="0"/>
            </w:pPr>
            <w:r>
              <w:rPr>
                <w:sz w:val="17"/>
              </w:rPr>
              <w:t>Material de consumo</w:t>
            </w:r>
          </w:p>
        </w:tc>
        <w:tc>
          <w:tcPr>
            <w:tcW w:w="277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B641CF" w14:textId="77777777" w:rsidR="00243343" w:rsidRDefault="00243343">
            <w:pPr>
              <w:spacing w:after="0"/>
            </w:pPr>
          </w:p>
        </w:tc>
      </w:tr>
      <w:tr w:rsidR="00243343" w14:paraId="52354E73" w14:textId="77777777">
        <w:trPr>
          <w:cantSplit/>
          <w:jc w:val="center"/>
        </w:trPr>
        <w:tc>
          <w:tcPr>
            <w:tcW w:w="737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C70D78" w14:textId="77777777" w:rsidR="00243343" w:rsidRDefault="00376615">
            <w:pPr>
              <w:spacing w:after="0"/>
            </w:pPr>
            <w:r>
              <w:rPr>
                <w:sz w:val="17"/>
              </w:rPr>
              <w:t>Passagens</w:t>
            </w:r>
          </w:p>
        </w:tc>
        <w:tc>
          <w:tcPr>
            <w:tcW w:w="277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5C9E64" w14:textId="77777777" w:rsidR="00243343" w:rsidRDefault="00243343">
            <w:pPr>
              <w:spacing w:after="0"/>
            </w:pPr>
          </w:p>
        </w:tc>
      </w:tr>
      <w:tr w:rsidR="00243343" w14:paraId="486671EA" w14:textId="77777777">
        <w:trPr>
          <w:cantSplit/>
          <w:jc w:val="center"/>
        </w:trPr>
        <w:tc>
          <w:tcPr>
            <w:tcW w:w="737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0F6FBC" w14:textId="77777777" w:rsidR="00243343" w:rsidRDefault="00376615">
            <w:pPr>
              <w:spacing w:after="0"/>
            </w:pPr>
            <w:r>
              <w:rPr>
                <w:sz w:val="17"/>
              </w:rPr>
              <w:t xml:space="preserve">Serviços de </w:t>
            </w:r>
            <w:r>
              <w:rPr>
                <w:sz w:val="17"/>
              </w:rPr>
              <w:t>terceiros</w:t>
            </w:r>
          </w:p>
        </w:tc>
        <w:tc>
          <w:tcPr>
            <w:tcW w:w="277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3E76F6" w14:textId="77777777" w:rsidR="00243343" w:rsidRDefault="00243343">
            <w:pPr>
              <w:spacing w:after="0"/>
            </w:pPr>
          </w:p>
        </w:tc>
      </w:tr>
      <w:tr w:rsidR="00243343" w14:paraId="4A06FE22" w14:textId="77777777">
        <w:trPr>
          <w:cantSplit/>
          <w:jc w:val="center"/>
        </w:trPr>
        <w:tc>
          <w:tcPr>
            <w:tcW w:w="737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2D00D7" w14:textId="77777777" w:rsidR="00243343" w:rsidRDefault="00376615">
            <w:pPr>
              <w:spacing w:after="0"/>
            </w:pPr>
            <w:r>
              <w:rPr>
                <w:sz w:val="17"/>
              </w:rPr>
              <w:t>Materiais permanentes e equipamentos</w:t>
            </w:r>
          </w:p>
        </w:tc>
        <w:tc>
          <w:tcPr>
            <w:tcW w:w="277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8601FC" w14:textId="77777777" w:rsidR="00243343" w:rsidRDefault="00243343">
            <w:pPr>
              <w:spacing w:after="0"/>
            </w:pPr>
          </w:p>
        </w:tc>
      </w:tr>
      <w:tr w:rsidR="00243343" w14:paraId="646E21AC" w14:textId="77777777">
        <w:trPr>
          <w:cantSplit/>
          <w:jc w:val="center"/>
        </w:trPr>
        <w:tc>
          <w:tcPr>
            <w:tcW w:w="737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50332D" w14:textId="77777777" w:rsidR="00243343" w:rsidRDefault="00376615">
            <w:pPr>
              <w:spacing w:after="0"/>
            </w:pPr>
            <w:r>
              <w:rPr>
                <w:sz w:val="17"/>
              </w:rPr>
              <w:t>Bolsas</w:t>
            </w:r>
          </w:p>
        </w:tc>
        <w:tc>
          <w:tcPr>
            <w:tcW w:w="277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C7EA23" w14:textId="77777777" w:rsidR="00243343" w:rsidRDefault="00243343">
            <w:pPr>
              <w:spacing w:after="0"/>
            </w:pPr>
          </w:p>
        </w:tc>
      </w:tr>
      <w:tr w:rsidR="00243343" w14:paraId="156E73A4" w14:textId="77777777">
        <w:trPr>
          <w:cantSplit/>
          <w:jc w:val="center"/>
        </w:trPr>
        <w:tc>
          <w:tcPr>
            <w:tcW w:w="7371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0E9EF8" w14:textId="77777777" w:rsidR="00243343" w:rsidRDefault="00376615">
            <w:pPr>
              <w:spacing w:after="0"/>
            </w:pPr>
            <w:r>
              <w:rPr>
                <w:sz w:val="17"/>
              </w:rPr>
              <w:t>Despesas acessórias, adequações e instalações</w:t>
            </w:r>
          </w:p>
        </w:tc>
        <w:tc>
          <w:tcPr>
            <w:tcW w:w="2778" w:type="dxa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F587FA" w14:textId="77777777" w:rsidR="00243343" w:rsidRDefault="00243343">
            <w:pPr>
              <w:spacing w:after="0"/>
            </w:pPr>
          </w:p>
        </w:tc>
      </w:tr>
      <w:tr w:rsidR="00243343" w14:paraId="7EE6B8AC" w14:textId="77777777">
        <w:trPr>
          <w:cantSplit/>
          <w:jc w:val="center"/>
        </w:trPr>
        <w:tc>
          <w:tcPr>
            <w:tcW w:w="7371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570AC2" w14:textId="77777777" w:rsidR="00243343" w:rsidRDefault="00376615">
            <w:pPr>
              <w:spacing w:after="0"/>
            </w:pPr>
            <w:r>
              <w:rPr>
                <w:b/>
                <w:sz w:val="17"/>
              </w:rPr>
              <w:t>VALOR TOTAL DA PROPOSTA</w:t>
            </w:r>
          </w:p>
        </w:tc>
        <w:tc>
          <w:tcPr>
            <w:tcW w:w="2778" w:type="dxa"/>
            <w:shd w:val="clear" w:color="auto" w:fill="D9EAD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448673" w14:textId="77777777" w:rsidR="00243343" w:rsidRDefault="00243343">
            <w:pPr>
              <w:spacing w:after="0"/>
            </w:pPr>
          </w:p>
        </w:tc>
      </w:tr>
    </w:tbl>
    <w:p w14:paraId="7C2965E3" w14:textId="0C3EA01D" w:rsidR="00243343" w:rsidRDefault="00243343">
      <w:pPr>
        <w:spacing w:after="80" w:line="240" w:lineRule="auto"/>
      </w:pPr>
    </w:p>
    <w:p w14:paraId="5DFB1C39" w14:textId="51843046" w:rsidR="00243343" w:rsidRDefault="00376615">
      <w:pPr>
        <w:keepNext/>
        <w:spacing w:before="160"/>
      </w:pPr>
      <w:r>
        <w:rPr>
          <w:b/>
          <w:sz w:val="22"/>
        </w:rPr>
        <w:t>8</w:t>
      </w:r>
      <w:r>
        <w:rPr>
          <w:b/>
          <w:sz w:val="22"/>
        </w:rPr>
        <w:t>. DECLARAÇÃO DO(A) COORDENADOR(A)</w:t>
      </w:r>
    </w:p>
    <w:p w14:paraId="0576AD2C" w14:textId="77777777" w:rsidR="00243343" w:rsidRDefault="00376615">
      <w:pPr>
        <w:spacing w:after="160"/>
        <w:jc w:val="both"/>
      </w:pPr>
      <w:r>
        <w:rPr>
          <w:sz w:val="18"/>
        </w:rPr>
        <w:t xml:space="preserve">Declaro que as informações apresentadas nesta proposta são verdadeiras; que o projeto está alinhado ao Edital de Chamada Pública PROPPG/UDESC nº 05/2026 e à Linha II da Chamada Pública FAPESC nº </w:t>
      </w:r>
      <w:r>
        <w:rPr>
          <w:sz w:val="18"/>
        </w:rPr>
        <w:t>37/2026; que os recursos solicitados não correspondem a atividades, metas, etapas ou despesas já financiadas por outro instrumento de fomento; e que, em caso de seleção interna, a proposta submetida no SIGFAPESC manterá aderência ao conteúdo aprovado pela UDESC.</w:t>
      </w:r>
    </w:p>
    <w:p w14:paraId="34DE2B21" w14:textId="77777777" w:rsidR="00243343" w:rsidRDefault="00243343">
      <w:pPr>
        <w:spacing w:after="0" w:line="240" w:lineRule="auto"/>
      </w:pPr>
    </w:p>
    <w:p w14:paraId="4A296907" w14:textId="77777777" w:rsidR="00243343" w:rsidRDefault="00243343">
      <w:pPr>
        <w:spacing w:after="0" w:line="240" w:lineRule="auto"/>
      </w:pPr>
    </w:p>
    <w:p w14:paraId="31AF1BCB" w14:textId="77777777" w:rsidR="00243343" w:rsidRDefault="00376615">
      <w:pPr>
        <w:jc w:val="center"/>
      </w:pPr>
      <w:r>
        <w:t>____________________________, ____ de __________________ de 2026.</w:t>
      </w:r>
    </w:p>
    <w:p w14:paraId="25CA03F4" w14:textId="77777777" w:rsidR="00243343" w:rsidRDefault="00243343">
      <w:pPr>
        <w:spacing w:after="0" w:line="240" w:lineRule="auto"/>
      </w:pPr>
    </w:p>
    <w:p w14:paraId="52066CE0" w14:textId="77777777" w:rsidR="00243343" w:rsidRDefault="00243343">
      <w:pPr>
        <w:spacing w:after="0" w:line="240" w:lineRule="auto"/>
      </w:pPr>
    </w:p>
    <w:p w14:paraId="5B8BA0EB" w14:textId="77777777" w:rsidR="00243343" w:rsidRDefault="00376615">
      <w:pPr>
        <w:jc w:val="center"/>
      </w:pPr>
      <w:r>
        <w:rPr>
          <w:b/>
        </w:rPr>
        <w:t>____________________________________________</w:t>
      </w:r>
      <w:r>
        <w:rPr>
          <w:b/>
        </w:rPr>
        <w:br/>
      </w:r>
      <w:r>
        <w:t>Prof.(a) Dr.(a) __________________________________</w:t>
      </w:r>
      <w:r>
        <w:br/>
        <w:t>Coordenador(a) da proposta</w:t>
      </w:r>
      <w:r>
        <w:br/>
        <w:t>~assinado digitalmente~</w:t>
      </w:r>
    </w:p>
    <w:sectPr w:rsidR="00243343" w:rsidSect="00034616">
      <w:headerReference w:type="default" r:id="rId8"/>
      <w:footerReference w:type="default" r:id="rId9"/>
      <w:pgSz w:w="12240" w:h="15840"/>
      <w:pgMar w:top="964" w:right="907" w:bottom="850" w:left="907" w:header="283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6FFA4" w14:textId="77777777" w:rsidR="00376615" w:rsidRDefault="00376615">
      <w:pPr>
        <w:spacing w:after="0" w:line="240" w:lineRule="auto"/>
      </w:pPr>
      <w:r>
        <w:separator/>
      </w:r>
    </w:p>
  </w:endnote>
  <w:endnote w:type="continuationSeparator" w:id="0">
    <w:p w14:paraId="2298EF00" w14:textId="77777777" w:rsidR="00376615" w:rsidRDefault="003766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B6722" w14:textId="77777777" w:rsidR="00243343" w:rsidRDefault="00376615">
    <w:pPr>
      <w:pStyle w:val="Rodap"/>
      <w:jc w:val="center"/>
    </w:pPr>
    <w:r>
      <w:rPr>
        <w:sz w:val="18"/>
      </w:rPr>
      <w:t xml:space="preserve">Página </w:t>
    </w:r>
    <w:r>
      <w:rPr>
        <w:sz w:val="18"/>
      </w:rPr>
      <w:fldChar w:fldCharType="begin"/>
    </w:r>
    <w:r>
      <w:rPr>
        <w:sz w:val="18"/>
      </w:rPr>
      <w:instrText xml:space="preserve"> PAGE </w:instrText>
    </w:r>
    <w:r>
      <w:rPr>
        <w:sz w:val="18"/>
      </w:rPr>
      <w:fldChar w:fldCharType="separate"/>
    </w:r>
    <w:r>
      <w:rPr>
        <w:noProof/>
        <w:sz w:val="18"/>
      </w:rPr>
      <w:t>1</w:t>
    </w:r>
    <w:r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CB33D" w14:textId="77777777" w:rsidR="00376615" w:rsidRDefault="00376615">
      <w:pPr>
        <w:spacing w:after="0" w:line="240" w:lineRule="auto"/>
      </w:pPr>
      <w:r>
        <w:separator/>
      </w:r>
    </w:p>
  </w:footnote>
  <w:footnote w:type="continuationSeparator" w:id="0">
    <w:p w14:paraId="0B38489C" w14:textId="77777777" w:rsidR="00376615" w:rsidRDefault="003766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2E0E1" w14:textId="77777777" w:rsidR="00243343" w:rsidRDefault="00376615">
    <w:pPr>
      <w:pStyle w:val="Cabealho"/>
    </w:pPr>
    <w:r>
      <w:rPr>
        <w:noProof/>
      </w:rPr>
      <w:drawing>
        <wp:inline distT="0" distB="0" distL="0" distR="0" wp14:anchorId="120792A8" wp14:editId="4792022F">
          <wp:extent cx="1224000" cy="49691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4000" cy="496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98856177">
    <w:abstractNumId w:val="8"/>
  </w:num>
  <w:num w:numId="2" w16cid:durableId="23675264">
    <w:abstractNumId w:val="6"/>
  </w:num>
  <w:num w:numId="3" w16cid:durableId="998772061">
    <w:abstractNumId w:val="5"/>
  </w:num>
  <w:num w:numId="4" w16cid:durableId="425469474">
    <w:abstractNumId w:val="4"/>
  </w:num>
  <w:num w:numId="5" w16cid:durableId="1264807001">
    <w:abstractNumId w:val="7"/>
  </w:num>
  <w:num w:numId="6" w16cid:durableId="2080135106">
    <w:abstractNumId w:val="3"/>
  </w:num>
  <w:num w:numId="7" w16cid:durableId="1639802358">
    <w:abstractNumId w:val="2"/>
  </w:num>
  <w:num w:numId="8" w16cid:durableId="1973900142">
    <w:abstractNumId w:val="1"/>
  </w:num>
  <w:num w:numId="9" w16cid:durableId="6395023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43343"/>
    <w:rsid w:val="0029639D"/>
    <w:rsid w:val="00326F90"/>
    <w:rsid w:val="00376615"/>
    <w:rsid w:val="004B4003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705C64"/>
  <w14:defaultImageDpi w14:val="300"/>
  <w15:docId w15:val="{BE548AE6-2C96-4464-AAAF-7AE7D2814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pPr>
      <w:spacing w:after="60" w:line="252" w:lineRule="auto"/>
    </w:pPr>
    <w:rPr>
      <w:rFonts w:ascii="Arial" w:hAnsi="Arial"/>
      <w:sz w:val="19"/>
    </w:rPr>
  </w:style>
  <w:style w:type="paragraph" w:styleId="Ttulo1">
    <w:name w:val="heading 1"/>
    <w:basedOn w:val="Normal"/>
    <w:next w:val="Normal"/>
    <w:link w:val="Ttulo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1292</Words>
  <Characters>6980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8256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2 - Proposta de Projeto de Pesquisa - Recursos Pesqueiros e Aquicultura</dc:title>
  <dc:subject>Edital de Chamada Pública PROPPG/UDESC nº 05/2026</dc:subject>
  <dc:creator>Universidade do Estado de Santa Catarina - UDESC</dc:creator>
  <cp:keywords/>
  <dc:description>generated by python-docx</dc:description>
  <cp:lastModifiedBy>FABIO DE FARIAS NEVES</cp:lastModifiedBy>
  <cp:revision>2</cp:revision>
  <dcterms:created xsi:type="dcterms:W3CDTF">2026-06-22T19:25:00Z</dcterms:created>
  <dcterms:modified xsi:type="dcterms:W3CDTF">2026-06-22T19:25:00Z</dcterms:modified>
  <cp:category/>
</cp:coreProperties>
</file>