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9F09" w14:textId="77777777" w:rsidR="00E1415A" w:rsidRDefault="00FA6C37">
      <w:pPr>
        <w:spacing w:after="60"/>
      </w:pPr>
      <w:r>
        <w:rPr>
          <w:noProof/>
        </w:rPr>
        <w:drawing>
          <wp:inline distT="0" distB="0" distL="0" distR="0" wp14:anchorId="1C18EFA5" wp14:editId="03AE4105">
            <wp:extent cx="1170000" cy="4749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esc_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47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F090" w14:textId="03638BBF" w:rsidR="00E1415A" w:rsidRDefault="00FA6C37">
      <w:pPr>
        <w:jc w:val="center"/>
      </w:pPr>
      <w:r>
        <w:rPr>
          <w:b/>
          <w:sz w:val="22"/>
        </w:rPr>
        <w:t xml:space="preserve">ANEXO </w:t>
      </w:r>
      <w:r>
        <w:rPr>
          <w:b/>
          <w:sz w:val="22"/>
        </w:rPr>
        <w:t>II</w:t>
      </w:r>
    </w:p>
    <w:p w14:paraId="3919AB6A" w14:textId="77777777" w:rsidR="00E1415A" w:rsidRDefault="00FA6C37">
      <w:pPr>
        <w:jc w:val="center"/>
      </w:pPr>
      <w:r>
        <w:rPr>
          <w:b/>
          <w:sz w:val="24"/>
        </w:rPr>
        <w:t>PROPOSTA DE PROJETO DE PESQUISA</w:t>
      </w:r>
    </w:p>
    <w:p w14:paraId="28D1D8F3" w14:textId="40044788" w:rsidR="00E1415A" w:rsidRDefault="00FA6C37">
      <w:pPr>
        <w:jc w:val="center"/>
      </w:pPr>
      <w:bookmarkStart w:id="0" w:name="_Hlk241684576"/>
      <w:r>
        <w:rPr>
          <w:b/>
          <w:sz w:val="20"/>
        </w:rPr>
        <w:t xml:space="preserve">EDITAL DE CHAMADA PÚBLICA - PROFIX PROPPG/UDESC Nº </w:t>
      </w:r>
      <w:r w:rsidR="009E3747">
        <w:rPr>
          <w:b/>
          <w:sz w:val="20"/>
        </w:rPr>
        <w:t>11</w:t>
      </w:r>
      <w:r>
        <w:rPr>
          <w:b/>
          <w:sz w:val="20"/>
        </w:rPr>
        <w:t>/2026</w:t>
      </w:r>
    </w:p>
    <w:p w14:paraId="157CBB25" w14:textId="5D34CD93" w:rsidR="00E1415A" w:rsidRDefault="009E3747">
      <w:pPr>
        <w:jc w:val="center"/>
      </w:pPr>
      <w:r w:rsidRPr="009E3747">
        <w:rPr>
          <w:b/>
          <w:sz w:val="20"/>
        </w:rPr>
        <w:t xml:space="preserve">PRÉ-SELEÇÃO DE PROPOSTAS PARA A CHAMADA PÚBLICA </w:t>
      </w:r>
      <w:r w:rsidR="00FA6C37">
        <w:rPr>
          <w:b/>
          <w:sz w:val="20"/>
        </w:rPr>
        <w:t>FAPESC/</w:t>
      </w:r>
      <w:proofErr w:type="spellStart"/>
      <w:r w:rsidR="00FA6C37">
        <w:rPr>
          <w:b/>
          <w:sz w:val="20"/>
        </w:rPr>
        <w:t>CNPq</w:t>
      </w:r>
      <w:proofErr w:type="spellEnd"/>
      <w:r w:rsidR="00FA6C37">
        <w:rPr>
          <w:b/>
          <w:sz w:val="20"/>
        </w:rPr>
        <w:t>/CAPES Nº 055/2026</w:t>
      </w:r>
    </w:p>
    <w:p w14:paraId="6D243E40" w14:textId="77777777" w:rsidR="00E1415A" w:rsidRDefault="00FA6C37">
      <w:pPr>
        <w:spacing w:after="80"/>
        <w:jc w:val="center"/>
      </w:pPr>
      <w:r>
        <w:rPr>
          <w:b/>
          <w:sz w:val="20"/>
        </w:rPr>
        <w:t>PROGRAMA DE APOIO À FIXAÇÃO DE DOUTORES NO BRASIL - PROFIX-CB</w:t>
      </w:r>
    </w:p>
    <w:bookmarkEnd w:id="0"/>
    <w:p w14:paraId="227505DA" w14:textId="77777777" w:rsidR="00E1415A" w:rsidRDefault="00FA6C37">
      <w:pPr>
        <w:spacing w:after="100"/>
        <w:jc w:val="both"/>
      </w:pPr>
      <w:r>
        <w:rPr>
          <w:i/>
          <w:color w:val="5A5A5A"/>
          <w:sz w:val="16"/>
        </w:rPr>
        <w:t xml:space="preserve">Orientação geral: </w:t>
      </w:r>
      <w:r>
        <w:rPr>
          <w:i/>
          <w:color w:val="5A5A5A"/>
          <w:sz w:val="16"/>
        </w:rPr>
        <w:t>preencher os campos de forma objetiva e coerente com as informações que serão posteriormente inseridas no SIGFAPESC. Os títulos e a ordem da seção “Plano de Apresentação” reproduzem a estrutura disponibilizada no sistema para o PROFIX. Excluir as orientaçõ</w:t>
      </w:r>
      <w:r>
        <w:rPr>
          <w:i/>
          <w:color w:val="5A5A5A"/>
          <w:sz w:val="16"/>
        </w:rPr>
        <w:t>es em itálico antes da submissão final.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E1415A" w14:paraId="676F0564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E458C" w14:textId="77777777" w:rsidR="00E1415A" w:rsidRDefault="00FA6C37">
            <w:r>
              <w:rPr>
                <w:b/>
                <w:color w:val="FFFFFF"/>
                <w:sz w:val="19"/>
              </w:rPr>
              <w:t>1. IDENTIFICAÇÃO DA PROPOSTA</w:t>
            </w:r>
          </w:p>
        </w:tc>
      </w:tr>
      <w:tr w:rsidR="00E1415A" w14:paraId="04F9E9A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2EBF25" w14:textId="77777777" w:rsidR="00E1415A" w:rsidRDefault="00FA6C37">
            <w:r>
              <w:rPr>
                <w:color w:val="000000"/>
              </w:rPr>
              <w:t>Título do projeto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67C4EA" w14:textId="77777777" w:rsidR="00E1415A" w:rsidRDefault="00E1415A"/>
        </w:tc>
      </w:tr>
      <w:tr w:rsidR="00E1415A" w14:paraId="4C16FC08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55855" w14:textId="77777777" w:rsidR="00E1415A" w:rsidRDefault="00FA6C37">
            <w:r>
              <w:rPr>
                <w:color w:val="000000"/>
              </w:rPr>
              <w:t>Programa de Pós-Graduação (PPG)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9A5761" w14:textId="77777777" w:rsidR="00E1415A" w:rsidRDefault="00E1415A"/>
        </w:tc>
      </w:tr>
      <w:tr w:rsidR="00E1415A" w14:paraId="06DCE682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CFAB7B" w14:textId="77777777" w:rsidR="00E1415A" w:rsidRDefault="00FA6C37">
            <w:r>
              <w:rPr>
                <w:color w:val="000000"/>
              </w:rPr>
              <w:t>Coordenador(a) do PPG / proponente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F248BA" w14:textId="77777777" w:rsidR="00E1415A" w:rsidRDefault="00E1415A"/>
        </w:tc>
      </w:tr>
      <w:tr w:rsidR="00E1415A" w14:paraId="1E67F87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83C205" w14:textId="77777777" w:rsidR="00E1415A" w:rsidRDefault="00FA6C37">
            <w:r>
              <w:rPr>
                <w:color w:val="000000"/>
              </w:rPr>
              <w:t>Candidato(a) à Bolsa CB-1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B72DE1" w14:textId="77777777" w:rsidR="00E1415A" w:rsidRDefault="00E1415A"/>
        </w:tc>
      </w:tr>
      <w:tr w:rsidR="00E1415A" w14:paraId="479A660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2C984" w14:textId="77777777" w:rsidR="00E1415A" w:rsidRDefault="00FA6C37">
            <w:r>
              <w:rPr>
                <w:color w:val="000000"/>
              </w:rPr>
              <w:t>Área de Conhecimento 1 (CNPq)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E984DA" w14:textId="77777777" w:rsidR="00E1415A" w:rsidRDefault="00E1415A"/>
        </w:tc>
      </w:tr>
      <w:tr w:rsidR="00E1415A" w14:paraId="53740D46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4800CB" w14:textId="77777777" w:rsidR="00E1415A" w:rsidRDefault="00FA6C37">
            <w:r>
              <w:rPr>
                <w:color w:val="000000"/>
              </w:rPr>
              <w:t xml:space="preserve">Área de Conhecimento 2 </w:t>
            </w:r>
            <w:r>
              <w:rPr>
                <w:color w:val="000000"/>
              </w:rPr>
              <w:t>(CNPq), se houver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5329B7" w14:textId="77777777" w:rsidR="00E1415A" w:rsidRDefault="00E1415A"/>
        </w:tc>
      </w:tr>
      <w:tr w:rsidR="00E1415A" w14:paraId="1B5682E5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2E0E53" w14:textId="77777777" w:rsidR="00E1415A" w:rsidRDefault="00FA6C37">
            <w:r>
              <w:rPr>
                <w:color w:val="000000"/>
              </w:rPr>
              <w:t>Área de Conhecimento 3 (CNPq), se houver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E83C1A" w14:textId="77777777" w:rsidR="00E1415A" w:rsidRDefault="00E1415A"/>
        </w:tc>
      </w:tr>
      <w:tr w:rsidR="00E1415A" w14:paraId="4376E55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E84FAD" w14:textId="77777777" w:rsidR="00E1415A" w:rsidRDefault="00FA6C37">
            <w:r>
              <w:rPr>
                <w:color w:val="000000"/>
              </w:rPr>
              <w:t>Grupo de Pesquisa/CNPq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457A70" w14:textId="77777777" w:rsidR="00E1415A" w:rsidRDefault="00E1415A"/>
        </w:tc>
      </w:tr>
      <w:tr w:rsidR="00E1415A" w14:paraId="584AE11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82AF8" w14:textId="77777777" w:rsidR="00E1415A" w:rsidRDefault="00FA6C37">
            <w:r>
              <w:rPr>
                <w:color w:val="000000"/>
              </w:rPr>
              <w:t>Instituição executora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A53E11" w14:textId="77777777" w:rsidR="00E1415A" w:rsidRDefault="00FA6C37">
            <w:r>
              <w:rPr>
                <w:color w:val="000000"/>
              </w:rPr>
              <w:t>Universidade do Estado de Santa Catarina - UDESC</w:t>
            </w:r>
          </w:p>
        </w:tc>
      </w:tr>
      <w:tr w:rsidR="00E1415A" w14:paraId="6DCD3A12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A97A02" w14:textId="77777777" w:rsidR="00E1415A" w:rsidRDefault="00FA6C37">
            <w:r>
              <w:rPr>
                <w:color w:val="000000"/>
              </w:rPr>
              <w:t>Unidade executora (Centro)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BA6BFA" w14:textId="77777777" w:rsidR="00E1415A" w:rsidRDefault="00E1415A"/>
        </w:tc>
      </w:tr>
      <w:tr w:rsidR="00E1415A" w14:paraId="47289E08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39C616" w14:textId="77777777" w:rsidR="00E1415A" w:rsidRDefault="00FA6C37">
            <w:r>
              <w:rPr>
                <w:color w:val="000000"/>
              </w:rPr>
              <w:t>Eixo temático PROFIX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713C71" w14:textId="77777777" w:rsidR="00E1415A" w:rsidRDefault="00E1415A"/>
        </w:tc>
      </w:tr>
      <w:tr w:rsidR="00E1415A" w14:paraId="68947CD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4370B8" w14:textId="77777777" w:rsidR="00E1415A" w:rsidRDefault="00FA6C37">
            <w:r>
              <w:rPr>
                <w:color w:val="000000"/>
              </w:rPr>
              <w:t>ODS relacionado(s)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483E8D" w14:textId="77777777" w:rsidR="00E1415A" w:rsidRDefault="00E1415A"/>
        </w:tc>
      </w:tr>
      <w:tr w:rsidR="00E1415A" w14:paraId="4D66B58F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871BBB" w14:textId="77777777" w:rsidR="00E1415A" w:rsidRDefault="00FA6C37">
            <w:r>
              <w:rPr>
                <w:color w:val="000000"/>
              </w:rPr>
              <w:t>Início previsto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3F8890" w14:textId="77777777" w:rsidR="00E1415A" w:rsidRDefault="00FA6C37">
            <w:r>
              <w:rPr>
                <w:color w:val="000000"/>
              </w:rPr>
              <w:t>____/____/______</w:t>
            </w:r>
          </w:p>
        </w:tc>
      </w:tr>
      <w:tr w:rsidR="00E1415A" w14:paraId="6BF69A4E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00018" w14:textId="77777777" w:rsidR="00E1415A" w:rsidRDefault="00FA6C37">
            <w:r>
              <w:rPr>
                <w:color w:val="000000"/>
              </w:rPr>
              <w:t>Duração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208E0F" w14:textId="77777777" w:rsidR="00E1415A" w:rsidRDefault="00FA6C37">
            <w:r>
              <w:rPr>
                <w:color w:val="000000"/>
              </w:rPr>
              <w:t>_____ meses (conforme a Chamada e o SIGFAPESC)</w:t>
            </w:r>
          </w:p>
        </w:tc>
      </w:tr>
      <w:tr w:rsidR="00E1415A" w14:paraId="017C7F1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8A9FC3" w14:textId="77777777" w:rsidR="00E1415A" w:rsidRDefault="00FA6C37">
            <w:r>
              <w:rPr>
                <w:color w:val="000000"/>
              </w:rPr>
              <w:t>Gera patente?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1FFEBD" w14:textId="77777777" w:rsidR="00E1415A" w:rsidRDefault="00FA6C37">
            <w:r>
              <w:rPr>
                <w:color w:val="000000"/>
              </w:rPr>
              <w:t>(   ) Não    (   ) Sim</w:t>
            </w:r>
          </w:p>
        </w:tc>
      </w:tr>
      <w:tr w:rsidR="00E1415A" w14:paraId="20A425AB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245473" w14:textId="77777777" w:rsidR="00E1415A" w:rsidRDefault="00FA6C37">
            <w:r>
              <w:rPr>
                <w:color w:val="000000"/>
              </w:rPr>
              <w:t>Possui inovação tecnológica?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87102" w14:textId="77777777" w:rsidR="00E1415A" w:rsidRDefault="00FA6C37">
            <w:r>
              <w:rPr>
                <w:color w:val="000000"/>
              </w:rPr>
              <w:t>(   ) Não    (   ) Sim</w:t>
            </w:r>
          </w:p>
        </w:tc>
      </w:tr>
    </w:tbl>
    <w:p w14:paraId="5445DB56" w14:textId="77777777" w:rsidR="00E1415A" w:rsidRDefault="00FA6C37">
      <w:pPr>
        <w:keepNext/>
        <w:spacing w:before="120" w:after="40"/>
      </w:pPr>
      <w:r>
        <w:rPr>
          <w:b/>
          <w:sz w:val="20"/>
        </w:rPr>
        <w:t>2. PLANO DE APRESENTAÇÃO</w:t>
      </w:r>
    </w:p>
    <w:p w14:paraId="16FC5C02" w14:textId="77777777" w:rsidR="00E1415A" w:rsidRDefault="00FA6C37">
      <w:pPr>
        <w:keepNext/>
        <w:spacing w:before="60" w:after="20"/>
      </w:pPr>
      <w:r>
        <w:rPr>
          <w:b/>
          <w:sz w:val="19"/>
        </w:rPr>
        <w:t xml:space="preserve">2.1. Resumo da Proposta de Projeto (máximo de 1.200 </w:t>
      </w:r>
      <w:r>
        <w:rPr>
          <w:b/>
          <w:sz w:val="19"/>
        </w:rPr>
        <w:t>palavras)</w:t>
      </w:r>
    </w:p>
    <w:p w14:paraId="6A6267C7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Descrever, de forma clara, simples e objetiva, uma síntese da proposta. Recomenda-se contemplar o problema, a justificativa, a abordagem, os principais objetivos, os resultados esperados e a contribuição para o eixo temático e para Santa Catarina</w:t>
      </w:r>
      <w:r>
        <w:rPr>
          <w:i/>
          <w:color w:val="5A5A5A"/>
          <w:sz w:val="16"/>
        </w:rPr>
        <w:t>.</w:t>
      </w:r>
    </w:p>
    <w:p w14:paraId="5C344031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5B8F7E27" w14:textId="77777777" w:rsidR="00E1415A" w:rsidRDefault="00FA6C37">
      <w:pPr>
        <w:keepNext/>
        <w:spacing w:before="60" w:after="20"/>
      </w:pPr>
      <w:r>
        <w:rPr>
          <w:b/>
          <w:sz w:val="19"/>
        </w:rPr>
        <w:t>2.2. Palavras-chave indexadas</w:t>
      </w:r>
    </w:p>
    <w:p w14:paraId="2AE77CA7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Informar palavras-chave separadas por vírgula, conforme o SIGFAPESC.</w:t>
      </w:r>
    </w:p>
    <w:p w14:paraId="0DA5EE62" w14:textId="77777777" w:rsidR="00E1415A" w:rsidRDefault="00FA6C37">
      <w:pPr>
        <w:spacing w:after="100"/>
      </w:pPr>
      <w:r>
        <w:rPr>
          <w:color w:val="787878"/>
        </w:rPr>
        <w:t>[Palavra-chave 1, palavra-chave 2, palavra-chave 3, ...]</w:t>
      </w:r>
    </w:p>
    <w:p w14:paraId="31B6E5AB" w14:textId="77777777" w:rsidR="00E1415A" w:rsidRDefault="00FA6C37">
      <w:pPr>
        <w:keepNext/>
        <w:spacing w:before="60" w:after="20"/>
      </w:pPr>
      <w:r>
        <w:rPr>
          <w:b/>
          <w:sz w:val="19"/>
        </w:rPr>
        <w:t>2.3. Síntese do Projeto (máximo de 250 palavras)</w:t>
      </w:r>
    </w:p>
    <w:p w14:paraId="50959036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Apresentar uma síntese de </w:t>
      </w:r>
      <w:r>
        <w:rPr>
          <w:i/>
          <w:color w:val="5A5A5A"/>
          <w:sz w:val="16"/>
        </w:rPr>
        <w:t>leitura pública. No SIGFAPESC, este campo poderá ser disponibilizado na homepage da FAPESC caso o projeto seja aprovado.</w:t>
      </w:r>
    </w:p>
    <w:p w14:paraId="14CA3F36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2DE7BB0F" w14:textId="77777777" w:rsidR="00E1415A" w:rsidRDefault="00FA6C37">
      <w:pPr>
        <w:keepNext/>
        <w:spacing w:before="60" w:after="20"/>
      </w:pPr>
      <w:r>
        <w:rPr>
          <w:b/>
          <w:sz w:val="19"/>
        </w:rPr>
        <w:t>2.4. Informações Relevantes para Avaliação da Proposta</w:t>
      </w:r>
    </w:p>
    <w:p w14:paraId="2DFFEA05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Destacar informações que contribuam para a compreensão da relevâ</w:t>
      </w:r>
      <w:r>
        <w:rPr>
          <w:i/>
          <w:color w:val="5A5A5A"/>
          <w:sz w:val="16"/>
        </w:rPr>
        <w:t xml:space="preserve">ncia, originalidade, viabilidade técnica e operacional, aderência ao eixo temático, contribuição ao ecossistema de CTI de Santa Catarina e articulação com as linhas de pesquisa do PPG. Quando pertinente, apresentar estado da arte, lacuna de conhecimento e </w:t>
      </w:r>
      <w:r>
        <w:rPr>
          <w:i/>
          <w:color w:val="5A5A5A"/>
          <w:sz w:val="16"/>
        </w:rPr>
        <w:t>diferenciais da proposta.</w:t>
      </w:r>
    </w:p>
    <w:p w14:paraId="4DC184CD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14109527" w14:textId="77777777" w:rsidR="00E1415A" w:rsidRDefault="00FA6C37">
      <w:pPr>
        <w:keepNext/>
        <w:spacing w:before="60" w:after="20"/>
      </w:pPr>
      <w:r>
        <w:rPr>
          <w:b/>
          <w:sz w:val="19"/>
        </w:rPr>
        <w:t>2.5. Experiência do Coordenador</w:t>
      </w:r>
    </w:p>
    <w:p w14:paraId="5B36A320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Descrever a experiência do(a) coordenador(a) do PPG/proponente relacionada à proposta, incluindo atuação em pesquisa, PD&amp;I/CTI, coordenação de projetos e redes, quando aplicável. Inf</w:t>
      </w:r>
      <w:r>
        <w:rPr>
          <w:i/>
          <w:color w:val="5A5A5A"/>
          <w:sz w:val="16"/>
        </w:rPr>
        <w:t>ormar de modo coerente com o Currículo Lattes e com a comprovação do Índice H.</w:t>
      </w:r>
    </w:p>
    <w:p w14:paraId="5A1CF809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24646350" w14:textId="77777777" w:rsidR="00E1415A" w:rsidRDefault="00FA6C37">
      <w:pPr>
        <w:keepNext/>
        <w:spacing w:before="60" w:after="20"/>
      </w:pPr>
      <w:r>
        <w:rPr>
          <w:b/>
          <w:sz w:val="19"/>
        </w:rPr>
        <w:lastRenderedPageBreak/>
        <w:t>2.6. Objetivo Geral (máximo de 1.200 palavras)</w:t>
      </w:r>
    </w:p>
    <w:p w14:paraId="3A42B912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Apresentar o objetivo geral de forma clara, diretamente relacionado ao problema e aos resultados pretendidos.</w:t>
      </w:r>
    </w:p>
    <w:p w14:paraId="2CC2CC8B" w14:textId="77777777" w:rsidR="00E1415A" w:rsidRDefault="00FA6C37">
      <w:pPr>
        <w:spacing w:after="100"/>
      </w:pPr>
      <w:r>
        <w:rPr>
          <w:color w:val="787878"/>
        </w:rPr>
        <w:t>[Ins</w:t>
      </w:r>
      <w:r>
        <w:rPr>
          <w:color w:val="787878"/>
        </w:rPr>
        <w:t>erir texto]</w:t>
      </w:r>
    </w:p>
    <w:p w14:paraId="482DC4A4" w14:textId="77777777" w:rsidR="00E1415A" w:rsidRDefault="00FA6C37">
      <w:pPr>
        <w:keepNext/>
        <w:spacing w:before="60" w:after="20"/>
      </w:pPr>
      <w:r>
        <w:rPr>
          <w:b/>
          <w:sz w:val="19"/>
        </w:rPr>
        <w:t>2.7. Objetivos Específicos (máximo de 1.200 palavras)</w:t>
      </w:r>
    </w:p>
    <w:p w14:paraId="1EDDA0BF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Listar objetivos específicos verificáveis e coerentes com as atividades, metas e resultados esperados.</w:t>
      </w:r>
    </w:p>
    <w:p w14:paraId="376C78B5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575F8FDE" w14:textId="77777777" w:rsidR="00E1415A" w:rsidRDefault="00FA6C37">
      <w:pPr>
        <w:keepNext/>
        <w:spacing w:before="60" w:after="20"/>
      </w:pPr>
      <w:r>
        <w:rPr>
          <w:b/>
          <w:sz w:val="19"/>
        </w:rPr>
        <w:t>2.8. Metodologia (máximo de 1.200 palavras)</w:t>
      </w:r>
    </w:p>
    <w:p w14:paraId="081F28DE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Descrever o desenho metodol</w:t>
      </w:r>
      <w:r>
        <w:rPr>
          <w:i/>
          <w:color w:val="5A5A5A"/>
          <w:sz w:val="16"/>
        </w:rPr>
        <w:t>ógico, procedimentos, métodos de análise, infraestrutura, articulação institucional e demais elementos necessários à avaliação da viabilidade técnico-científica.</w:t>
      </w:r>
    </w:p>
    <w:p w14:paraId="2E6F91BC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09369EE9" w14:textId="77777777" w:rsidR="00E1415A" w:rsidRDefault="00FA6C37">
      <w:pPr>
        <w:keepNext/>
        <w:spacing w:before="60" w:after="20"/>
      </w:pPr>
      <w:r>
        <w:rPr>
          <w:b/>
          <w:sz w:val="19"/>
        </w:rPr>
        <w:t>2.9. Resultados Esperados (máximo de 1.200 palavras)</w:t>
      </w:r>
    </w:p>
    <w:p w14:paraId="0F7AFA4F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Inserir </w:t>
      </w:r>
      <w:r>
        <w:rPr>
          <w:i/>
          <w:color w:val="5A5A5A"/>
          <w:sz w:val="16"/>
        </w:rPr>
        <w:t>resultados alinhados aos objetivos e metas, de forma qualitativa e, sempre que possível, associados a indicadores e entregas verificáveis.</w:t>
      </w:r>
    </w:p>
    <w:p w14:paraId="7BE15BDF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0F8E7C8A" w14:textId="77777777" w:rsidR="00E1415A" w:rsidRDefault="00FA6C37">
      <w:pPr>
        <w:keepNext/>
        <w:spacing w:before="60" w:after="20"/>
      </w:pPr>
      <w:r>
        <w:rPr>
          <w:b/>
          <w:sz w:val="19"/>
        </w:rPr>
        <w:t>2.10. Impactos Esperados (máximo de 1.200 palavras)</w:t>
      </w:r>
    </w:p>
    <w:p w14:paraId="684C7DCA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Descrever os impactos científicos, tecnológicos, </w:t>
      </w:r>
      <w:r>
        <w:rPr>
          <w:i/>
          <w:color w:val="5A5A5A"/>
          <w:sz w:val="16"/>
        </w:rPr>
        <w:t>econômicos, sociais e ambientais esperados, conforme aplicável. Explicitar a contribuição para Santa Catarina, a correlação com os ODS selecionados e as práticas ESG relacionadas à execução ou aos resultados do projeto.</w:t>
      </w:r>
    </w:p>
    <w:p w14:paraId="5982AF68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059020BF" w14:textId="77777777" w:rsidR="00E1415A" w:rsidRDefault="00FA6C37">
      <w:pPr>
        <w:keepNext/>
        <w:spacing w:before="60" w:after="20"/>
      </w:pPr>
      <w:r>
        <w:rPr>
          <w:b/>
          <w:sz w:val="19"/>
        </w:rPr>
        <w:t>2.11. Riscos e Ativi</w:t>
      </w:r>
      <w:r>
        <w:rPr>
          <w:b/>
          <w:sz w:val="19"/>
        </w:rPr>
        <w:t>dades (máximo de 1.200 palavras)</w:t>
      </w:r>
    </w:p>
    <w:p w14:paraId="0544EB73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Identificar os principais riscos científicos, técnicos, operacionais e de cronograma, indicar estratégias de prevenção ou mitigação e apresentar a lógica geral das atividades necessárias à execução da proposta.</w:t>
      </w:r>
    </w:p>
    <w:p w14:paraId="400946C3" w14:textId="77777777" w:rsidR="00E1415A" w:rsidRDefault="00FA6C37">
      <w:pPr>
        <w:spacing w:after="100"/>
      </w:pPr>
      <w:r>
        <w:rPr>
          <w:color w:val="787878"/>
        </w:rPr>
        <w:t>[Inserir tex</w:t>
      </w:r>
      <w:r>
        <w:rPr>
          <w:color w:val="787878"/>
        </w:rPr>
        <w:t>to]</w:t>
      </w:r>
    </w:p>
    <w:p w14:paraId="3EEC7238" w14:textId="77777777" w:rsidR="00E1415A" w:rsidRDefault="00FA6C37">
      <w:pPr>
        <w:keepNext/>
        <w:spacing w:before="60" w:after="20"/>
      </w:pPr>
      <w:r>
        <w:rPr>
          <w:b/>
          <w:sz w:val="19"/>
        </w:rPr>
        <w:t>2.12. Referência Bibliográfica (máximo de 1.200 palavras)</w:t>
      </w:r>
    </w:p>
    <w:p w14:paraId="0FE69DD9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Listar as referências citadas na proposta, utilizando padrão bibliográfico consistente.</w:t>
      </w:r>
    </w:p>
    <w:p w14:paraId="1D423698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103537DE" w14:textId="77777777" w:rsidR="00E1415A" w:rsidRDefault="00FA6C37">
      <w:pPr>
        <w:keepNext/>
        <w:spacing w:before="140" w:after="40"/>
      </w:pPr>
      <w:r>
        <w:rPr>
          <w:b/>
          <w:sz w:val="20"/>
        </w:rPr>
        <w:t>3. INFORMAÇÕES COMPLEMENTARES PARA A AVALIAÇÃO INTERNA DA UDESC</w:t>
      </w:r>
    </w:p>
    <w:p w14:paraId="64AD0089" w14:textId="77777777" w:rsidR="00E1415A" w:rsidRDefault="00FA6C37">
      <w:pPr>
        <w:keepNext/>
        <w:spacing w:before="60" w:after="20"/>
      </w:pPr>
      <w:r>
        <w:rPr>
          <w:b/>
          <w:sz w:val="19"/>
        </w:rPr>
        <w:t>3.1. Qualificação do(a) ca</w:t>
      </w:r>
      <w:r>
        <w:rPr>
          <w:b/>
          <w:sz w:val="19"/>
        </w:rPr>
        <w:t>ndidato(a) à Bolsa CB-1</w:t>
      </w:r>
    </w:p>
    <w:p w14:paraId="5BFA6D25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Apresentar síntese objetiva da qualificação do(a) candidato(a), considerando os critérios da seleção interna: Índice H (com fonte), produção científica dos últimos 5 anos, experiência em PD&amp;I/CTI, liderança e aderência da trajetória</w:t>
      </w:r>
      <w:r>
        <w:rPr>
          <w:i/>
          <w:color w:val="5A5A5A"/>
          <w:sz w:val="16"/>
        </w:rPr>
        <w:t xml:space="preserve"> acadêmico-científica ao projeto e ao PPG.</w:t>
      </w:r>
    </w:p>
    <w:p w14:paraId="313A1B6E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1D3B0F86" w14:textId="77777777" w:rsidR="00E1415A" w:rsidRDefault="00FA6C37">
      <w:pPr>
        <w:keepNext/>
        <w:spacing w:before="60" w:after="20"/>
      </w:pPr>
      <w:r>
        <w:rPr>
          <w:b/>
          <w:sz w:val="19"/>
        </w:rPr>
        <w:t>3.2. Aderência ao eixo temático e relevância estratégica para Santa Catarina</w:t>
      </w:r>
    </w:p>
    <w:p w14:paraId="7DCF42DF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Explicitar por que a proposta se enquadra no eixo temático selecionado e como seus resultados poderão contribuir para o </w:t>
      </w:r>
      <w:r>
        <w:rPr>
          <w:i/>
          <w:color w:val="5A5A5A"/>
          <w:sz w:val="16"/>
        </w:rPr>
        <w:t>desenvolvimento científico, tecnológico, econômico, social e/ou ambiental do Estado.</w:t>
      </w:r>
    </w:p>
    <w:p w14:paraId="134551E3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65632217" w14:textId="77777777" w:rsidR="00E1415A" w:rsidRDefault="00FA6C37">
      <w:pPr>
        <w:keepNext/>
        <w:spacing w:before="60" w:after="20"/>
      </w:pPr>
      <w:r>
        <w:rPr>
          <w:b/>
          <w:sz w:val="19"/>
        </w:rPr>
        <w:t>3.3. Viabilidade da equipe e integração com o PPG</w:t>
      </w:r>
    </w:p>
    <w:p w14:paraId="271FC824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Demonstrar a capacidade do PPG e da equipe de acolher o(a) bolsista CB-1 e constituir a equipe </w:t>
      </w:r>
      <w:r>
        <w:rPr>
          <w:i/>
          <w:color w:val="5A5A5A"/>
          <w:sz w:val="16"/>
        </w:rPr>
        <w:t>prevista (1 doutorando, 2 mestrandos e 2 bolsistas de iniciação científica), indicando linhas de pesquisa, infraestrutura, orientação e integração das atividades.</w:t>
      </w:r>
    </w:p>
    <w:p w14:paraId="094DC341" w14:textId="77777777" w:rsidR="00E1415A" w:rsidRDefault="00FA6C37">
      <w:pPr>
        <w:spacing w:after="100"/>
      </w:pPr>
      <w:r>
        <w:rPr>
          <w:color w:val="787878"/>
        </w:rPr>
        <w:t>[Inserir texto]</w:t>
      </w:r>
    </w:p>
    <w:p w14:paraId="0748549B" w14:textId="77777777" w:rsidR="00E1415A" w:rsidRDefault="00FA6C37">
      <w:pPr>
        <w:keepNext/>
        <w:spacing w:before="140" w:after="40"/>
      </w:pPr>
      <w:r>
        <w:rPr>
          <w:b/>
          <w:sz w:val="20"/>
        </w:rPr>
        <w:t>4. ABRANGÊNCIA</w:t>
      </w:r>
    </w:p>
    <w:p w14:paraId="7CE2766D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Informar os estados e municípios nos quais serão realizadas at</w:t>
      </w:r>
      <w:r>
        <w:rPr>
          <w:i/>
          <w:color w:val="5A5A5A"/>
          <w:sz w:val="16"/>
        </w:rPr>
        <w:t>ividades ou nos quais se espera incidência direta dos resultados. A execução principal deverá ocorrer em Santa Catarina.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7"/>
        <w:gridCol w:w="3127"/>
        <w:gridCol w:w="4493"/>
      </w:tblGrid>
      <w:tr w:rsidR="00E1415A" w14:paraId="418F3BAC" w14:textId="77777777" w:rsidTr="009E3747">
        <w:trPr>
          <w:trHeight w:val="160"/>
          <w:tblHeader/>
          <w:jc w:val="center"/>
        </w:trPr>
        <w:tc>
          <w:tcPr>
            <w:tcW w:w="3127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E635AD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7"/>
              </w:rPr>
              <w:t>Estado</w:t>
            </w:r>
          </w:p>
        </w:tc>
        <w:tc>
          <w:tcPr>
            <w:tcW w:w="3127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A5EDEA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7"/>
              </w:rPr>
              <w:t>Município</w:t>
            </w:r>
          </w:p>
        </w:tc>
        <w:tc>
          <w:tcPr>
            <w:tcW w:w="449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A4E919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7"/>
              </w:rPr>
              <w:t>Atividade ou resultado relacionado</w:t>
            </w:r>
          </w:p>
        </w:tc>
      </w:tr>
      <w:tr w:rsidR="00E1415A" w14:paraId="54D69373" w14:textId="77777777" w:rsidTr="009E3747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F11C4A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D6FE73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C6B21" w14:textId="77777777" w:rsidR="00E1415A" w:rsidRDefault="00E1415A"/>
        </w:tc>
      </w:tr>
      <w:tr w:rsidR="00E1415A" w14:paraId="52CA96A6" w14:textId="77777777" w:rsidTr="009E3747">
        <w:trPr>
          <w:cantSplit/>
          <w:trHeight w:val="172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E38109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DA2371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8E727A" w14:textId="77777777" w:rsidR="00E1415A" w:rsidRDefault="00E1415A"/>
        </w:tc>
      </w:tr>
      <w:tr w:rsidR="00E1415A" w14:paraId="4AF75308" w14:textId="77777777" w:rsidTr="009E3747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024089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72A6A2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6F46AD" w14:textId="77777777" w:rsidR="00E1415A" w:rsidRDefault="00E1415A"/>
        </w:tc>
      </w:tr>
      <w:tr w:rsidR="00E1415A" w14:paraId="34CDDAD4" w14:textId="77777777" w:rsidTr="009E3747">
        <w:trPr>
          <w:cantSplit/>
          <w:trHeight w:val="172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9413C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8860C7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F5A528" w14:textId="77777777" w:rsidR="00E1415A" w:rsidRDefault="00E1415A"/>
        </w:tc>
      </w:tr>
      <w:tr w:rsidR="00E1415A" w14:paraId="541EF33B" w14:textId="77777777" w:rsidTr="009E3747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50D50D" w14:textId="77777777" w:rsidR="00E1415A" w:rsidRDefault="00E1415A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A2BFD" w14:textId="77777777" w:rsidR="00E1415A" w:rsidRDefault="00E1415A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4661B4" w14:textId="77777777" w:rsidR="00E1415A" w:rsidRDefault="00E1415A"/>
        </w:tc>
      </w:tr>
    </w:tbl>
    <w:p w14:paraId="42660B28" w14:textId="77777777" w:rsidR="00E1415A" w:rsidRDefault="00FA6C37">
      <w:pPr>
        <w:keepNext/>
        <w:spacing w:before="140" w:after="40"/>
      </w:pPr>
      <w:r>
        <w:rPr>
          <w:b/>
          <w:sz w:val="20"/>
        </w:rPr>
        <w:t>5. EQUIPE DO PROJETO</w:t>
      </w:r>
    </w:p>
    <w:p w14:paraId="5FC6C683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Relacionar os membros já </w:t>
      </w:r>
      <w:r>
        <w:rPr>
          <w:i/>
          <w:color w:val="5A5A5A"/>
          <w:sz w:val="16"/>
        </w:rPr>
        <w:t>definidos. No SIGFAPESC, todos os membros cadastrados devem aceitar o convite de participação. Não é obrigatório vincular nominalmente os futuros bolsistas nesta etapa; a solicitação/indicação de bolsistas ocorre após a aprovação da proposta.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2130"/>
        <w:gridCol w:w="2130"/>
        <w:gridCol w:w="2268"/>
      </w:tblGrid>
      <w:tr w:rsidR="00E1415A" w14:paraId="6E9FC7A9" w14:textId="77777777">
        <w:trPr>
          <w:tblHeader/>
          <w:jc w:val="center"/>
        </w:trPr>
        <w:tc>
          <w:tcPr>
            <w:tcW w:w="226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BA6648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Nome completo</w:t>
            </w:r>
          </w:p>
        </w:tc>
        <w:tc>
          <w:tcPr>
            <w:tcW w:w="238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F2B810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Link Lattes</w:t>
            </w:r>
          </w:p>
        </w:tc>
        <w:tc>
          <w:tcPr>
            <w:tcW w:w="204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8C2AD6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Instituição/Centro</w:t>
            </w:r>
          </w:p>
        </w:tc>
        <w:tc>
          <w:tcPr>
            <w:tcW w:w="170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541250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Função</w:t>
            </w:r>
          </w:p>
        </w:tc>
        <w:tc>
          <w:tcPr>
            <w:tcW w:w="226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F2DDF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6"/>
              </w:rPr>
              <w:t>Atividade sob responsabilidade</w:t>
            </w:r>
          </w:p>
        </w:tc>
      </w:tr>
      <w:tr w:rsidR="00E1415A" w14:paraId="3124C290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BB94B6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44B666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64E4E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702C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2F458" w14:textId="77777777" w:rsidR="00E1415A" w:rsidRDefault="00E1415A"/>
        </w:tc>
      </w:tr>
      <w:tr w:rsidR="00E1415A" w14:paraId="339F1C3F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48EC0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946B1E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DE20CE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9D86E8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4D46B9" w14:textId="77777777" w:rsidR="00E1415A" w:rsidRDefault="00E1415A"/>
        </w:tc>
      </w:tr>
      <w:tr w:rsidR="00E1415A" w14:paraId="08DC5A90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0B6C15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E619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335A71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216070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7D9C27" w14:textId="77777777" w:rsidR="00E1415A" w:rsidRDefault="00E1415A"/>
        </w:tc>
      </w:tr>
      <w:tr w:rsidR="00E1415A" w14:paraId="67094F55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8B0A5A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8CF79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C3850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9295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646F29" w14:textId="77777777" w:rsidR="00E1415A" w:rsidRDefault="00E1415A"/>
        </w:tc>
      </w:tr>
      <w:tr w:rsidR="00E1415A" w14:paraId="23CB78C2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356F1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448F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0ADDB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AA151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B9CCF" w14:textId="77777777" w:rsidR="00E1415A" w:rsidRDefault="00E1415A"/>
        </w:tc>
      </w:tr>
      <w:tr w:rsidR="00E1415A" w14:paraId="70197667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E46FD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A42C68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485151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491D4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3B402B" w14:textId="77777777" w:rsidR="00E1415A" w:rsidRDefault="00E1415A"/>
        </w:tc>
      </w:tr>
      <w:tr w:rsidR="00E1415A" w14:paraId="48C972BC" w14:textId="77777777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043E2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98EF53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21FBC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C5A73C" w14:textId="77777777" w:rsidR="00E1415A" w:rsidRDefault="00E1415A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D98BE" w14:textId="77777777" w:rsidR="00E1415A" w:rsidRDefault="00E1415A"/>
        </w:tc>
      </w:tr>
    </w:tbl>
    <w:p w14:paraId="73437B99" w14:textId="77777777" w:rsidR="00E1415A" w:rsidRDefault="00FA6C37">
      <w:pPr>
        <w:keepNext/>
        <w:spacing w:before="140" w:after="40"/>
      </w:pPr>
      <w:r>
        <w:rPr>
          <w:b/>
          <w:sz w:val="20"/>
        </w:rPr>
        <w:t>6. ATIVIDADES, METAS E CRONOGRAMA</w:t>
      </w:r>
    </w:p>
    <w:p w14:paraId="7EE98C99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 xml:space="preserve">Organizar as principais atividades e metas de forma compatível com a seção “Atividades” do </w:t>
      </w:r>
      <w:r>
        <w:rPr>
          <w:i/>
          <w:color w:val="5A5A5A"/>
          <w:sz w:val="16"/>
        </w:rPr>
        <w:t>SIGFAPESC. Os meses devem ser contados a partir do início da execução do projeto.</w:t>
      </w:r>
    </w:p>
    <w:tbl>
      <w:tblPr>
        <w:tblStyle w:val="Tabelacomgrade"/>
        <w:tblW w:w="11282" w:type="dxa"/>
        <w:jc w:val="center"/>
        <w:tblLayout w:type="fixed"/>
        <w:tblLook w:val="04A0" w:firstRow="1" w:lastRow="0" w:firstColumn="1" w:lastColumn="0" w:noHBand="0" w:noVBand="1"/>
      </w:tblPr>
      <w:tblGrid>
        <w:gridCol w:w="1683"/>
        <w:gridCol w:w="2311"/>
        <w:gridCol w:w="1719"/>
        <w:gridCol w:w="2203"/>
        <w:gridCol w:w="1683"/>
        <w:gridCol w:w="1683"/>
      </w:tblGrid>
      <w:tr w:rsidR="00E1415A" w14:paraId="5E3D2CA3" w14:textId="77777777" w:rsidTr="009E3747">
        <w:trPr>
          <w:trHeight w:val="161"/>
          <w:tblHeader/>
          <w:jc w:val="center"/>
        </w:trPr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3B8B3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Meta</w:t>
            </w:r>
          </w:p>
        </w:tc>
        <w:tc>
          <w:tcPr>
            <w:tcW w:w="231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919341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Atividade</w:t>
            </w:r>
          </w:p>
        </w:tc>
        <w:tc>
          <w:tcPr>
            <w:tcW w:w="1719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CAF17E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Responsável(is)</w:t>
            </w:r>
          </w:p>
        </w:tc>
        <w:tc>
          <w:tcPr>
            <w:tcW w:w="220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9F302F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Indicador/entrega</w:t>
            </w:r>
          </w:p>
        </w:tc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086ADD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Início (mês)</w:t>
            </w:r>
          </w:p>
        </w:tc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F8A0C9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Fim (mês)</w:t>
            </w:r>
          </w:p>
        </w:tc>
      </w:tr>
      <w:tr w:rsidR="00E1415A" w14:paraId="0D6C2E40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E65F86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EB909C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17B779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E647B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B12F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4ABB5" w14:textId="77777777" w:rsidR="00E1415A" w:rsidRDefault="00E1415A"/>
        </w:tc>
      </w:tr>
      <w:tr w:rsidR="00E1415A" w14:paraId="3363A0DB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70B8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C19E9E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F012C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0CAC82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42C18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08459F" w14:textId="77777777" w:rsidR="00E1415A" w:rsidRDefault="00E1415A"/>
        </w:tc>
      </w:tr>
      <w:tr w:rsidR="00E1415A" w14:paraId="4530DF38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1EBEF6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90AF33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9DE41B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44E2E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C2BFD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4787C9" w14:textId="77777777" w:rsidR="00E1415A" w:rsidRDefault="00E1415A"/>
        </w:tc>
      </w:tr>
      <w:tr w:rsidR="00E1415A" w14:paraId="7035130D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F03FD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DBC12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B4FBBF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A95D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C44A6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681D33" w14:textId="77777777" w:rsidR="00E1415A" w:rsidRDefault="00E1415A"/>
        </w:tc>
      </w:tr>
      <w:tr w:rsidR="00E1415A" w14:paraId="29982D2F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28DEB9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F52292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BF9D4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EC1C18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FEBC01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7F52CC" w14:textId="77777777" w:rsidR="00E1415A" w:rsidRDefault="00E1415A"/>
        </w:tc>
      </w:tr>
      <w:tr w:rsidR="00E1415A" w14:paraId="55B4DF9D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0A2C14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49EA75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B4799F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AAB0FD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4A6C9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8F54CC" w14:textId="77777777" w:rsidR="00E1415A" w:rsidRDefault="00E1415A"/>
        </w:tc>
      </w:tr>
      <w:tr w:rsidR="00E1415A" w14:paraId="30FAA391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36B2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22D81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787725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7F92A6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9935E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07454F" w14:textId="77777777" w:rsidR="00E1415A" w:rsidRDefault="00E1415A"/>
        </w:tc>
      </w:tr>
      <w:tr w:rsidR="00E1415A" w14:paraId="56BD727C" w14:textId="77777777" w:rsidTr="009E3747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1D08A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89EFF6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C78231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A52C4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A5EF2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D5D0F0" w14:textId="77777777" w:rsidR="00E1415A" w:rsidRDefault="00E1415A"/>
        </w:tc>
      </w:tr>
      <w:tr w:rsidR="00E1415A" w14:paraId="5C318EEF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DDDD15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746E5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E797FB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E5B63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C4D1AF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AD15FF" w14:textId="77777777" w:rsidR="00E1415A" w:rsidRDefault="00E1415A"/>
        </w:tc>
      </w:tr>
      <w:tr w:rsidR="00E1415A" w14:paraId="5B8DFCDD" w14:textId="77777777" w:rsidTr="009E3747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45429C" w14:textId="77777777" w:rsidR="00E1415A" w:rsidRDefault="00E1415A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194812" w14:textId="77777777" w:rsidR="00E1415A" w:rsidRDefault="00E1415A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EE9583" w14:textId="77777777" w:rsidR="00E1415A" w:rsidRDefault="00E1415A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EA7431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785F14" w14:textId="77777777" w:rsidR="00E1415A" w:rsidRDefault="00E1415A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E475F4" w14:textId="77777777" w:rsidR="00E1415A" w:rsidRDefault="00E1415A"/>
        </w:tc>
      </w:tr>
    </w:tbl>
    <w:p w14:paraId="712A8159" w14:textId="77777777" w:rsidR="00E1415A" w:rsidRDefault="00FA6C37">
      <w:pPr>
        <w:keepNext/>
        <w:spacing w:before="140" w:after="40"/>
      </w:pPr>
      <w:r>
        <w:rPr>
          <w:b/>
          <w:sz w:val="20"/>
        </w:rPr>
        <w:t xml:space="preserve">7. BOLSAS PREVISTAS E </w:t>
      </w:r>
      <w:r>
        <w:rPr>
          <w:b/>
          <w:sz w:val="20"/>
        </w:rPr>
        <w:t>PLANO DE ALOCAÇÃO</w:t>
      </w:r>
    </w:p>
    <w:p w14:paraId="06B13616" w14:textId="77777777" w:rsidR="00E1415A" w:rsidRDefault="00FA6C37">
      <w:pPr>
        <w:keepNext/>
        <w:spacing w:after="40"/>
        <w:jc w:val="both"/>
      </w:pPr>
      <w:r>
        <w:rPr>
          <w:i/>
          <w:color w:val="5A5A5A"/>
          <w:sz w:val="16"/>
        </w:rPr>
        <w:t>A proposta deverá prever a composição de bolsistas indicada na Chamada. Descrever a participação prevista de cada modalidade no projeto. A indicação nominal dos futuros bolsistas não é exigida nesta etapa.</w:t>
      </w:r>
    </w:p>
    <w:tbl>
      <w:tblPr>
        <w:tblStyle w:val="Tabelacomgrade"/>
        <w:tblW w:w="11248" w:type="dxa"/>
        <w:jc w:val="center"/>
        <w:tblLayout w:type="fixed"/>
        <w:tblLook w:val="04A0" w:firstRow="1" w:lastRow="0" w:firstColumn="1" w:lastColumn="0" w:noHBand="0" w:noVBand="1"/>
      </w:tblPr>
      <w:tblGrid>
        <w:gridCol w:w="2071"/>
        <w:gridCol w:w="1621"/>
        <w:gridCol w:w="1621"/>
        <w:gridCol w:w="1621"/>
        <w:gridCol w:w="1621"/>
        <w:gridCol w:w="2693"/>
      </w:tblGrid>
      <w:tr w:rsidR="00E1415A" w14:paraId="3E0A662F" w14:textId="77777777" w:rsidTr="009E3747">
        <w:trPr>
          <w:trHeight w:val="136"/>
          <w:tblHeader/>
          <w:jc w:val="center"/>
        </w:trPr>
        <w:tc>
          <w:tcPr>
            <w:tcW w:w="207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749C1E" w14:textId="77777777" w:rsidR="00E1415A" w:rsidRDefault="00FA6C37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Modalidade</w:t>
            </w:r>
            <w:proofErr w:type="spellEnd"/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61898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Qtd.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3A5610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Duração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46B4B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Agência</w:t>
            </w:r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950107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Valor mensal*</w:t>
            </w:r>
          </w:p>
        </w:tc>
        <w:tc>
          <w:tcPr>
            <w:tcW w:w="269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5528C8" w14:textId="77777777" w:rsidR="00E1415A" w:rsidRDefault="00FA6C37">
            <w:pPr>
              <w:jc w:val="center"/>
            </w:pPr>
            <w:r>
              <w:rPr>
                <w:b/>
                <w:color w:val="000000"/>
                <w:sz w:val="15"/>
              </w:rPr>
              <w:t>Atuação prevista / vínculo com metas</w:t>
            </w:r>
          </w:p>
        </w:tc>
      </w:tr>
      <w:tr w:rsidR="00E1415A" w14:paraId="76C9EA91" w14:textId="77777777" w:rsidTr="009E3747">
        <w:trPr>
          <w:cantSplit/>
          <w:trHeight w:val="286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FEF7A3" w14:textId="77777777" w:rsidR="00E1415A" w:rsidRDefault="00FA6C37">
            <w:r>
              <w:rPr>
                <w:color w:val="000000"/>
                <w:sz w:val="15"/>
              </w:rPr>
              <w:t>Bolsa Conhecimento Brasil (CB-1)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6EE488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4217B7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48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9486F1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CNPq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9C5FC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R$ 13.000,00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FD26E4" w14:textId="77777777" w:rsidR="00E1415A" w:rsidRDefault="00E1415A"/>
        </w:tc>
      </w:tr>
      <w:tr w:rsidR="00E1415A" w14:paraId="69EFF7CF" w14:textId="77777777" w:rsidTr="009E3747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38B28A" w14:textId="77777777" w:rsidR="00E1415A" w:rsidRDefault="00FA6C37">
            <w:r>
              <w:rPr>
                <w:color w:val="000000"/>
                <w:sz w:val="15"/>
              </w:rPr>
              <w:t>Doutorado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62756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BFC17F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48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6EE1E8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CAPES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DD40AB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R$ 3.100,00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06D396" w14:textId="77777777" w:rsidR="00E1415A" w:rsidRDefault="00E1415A"/>
        </w:tc>
      </w:tr>
      <w:tr w:rsidR="00E1415A" w14:paraId="18CE5276" w14:textId="77777777" w:rsidTr="009E3747">
        <w:trPr>
          <w:cantSplit/>
          <w:trHeight w:val="174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02A3A1" w14:textId="77777777" w:rsidR="00E1415A" w:rsidRDefault="00FA6C37">
            <w:r>
              <w:rPr>
                <w:color w:val="000000"/>
                <w:sz w:val="15"/>
              </w:rPr>
              <w:t>Mestrado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4C32C1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43D2BA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24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F827C1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CAPES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19C618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R$ 2.100,00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D15C4A" w14:textId="77777777" w:rsidR="00E1415A" w:rsidRDefault="00E1415A"/>
        </w:tc>
      </w:tr>
      <w:tr w:rsidR="00E1415A" w14:paraId="66E3A551" w14:textId="77777777" w:rsidTr="009E3747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3E2899" w14:textId="77777777" w:rsidR="00E1415A" w:rsidRDefault="00FA6C37">
            <w:r>
              <w:rPr>
                <w:color w:val="000000"/>
                <w:sz w:val="15"/>
              </w:rPr>
              <w:t>Mestrado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A8441B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49A76F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até 24 meses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92F42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FAPESC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86B9F7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 xml:space="preserve">R$ </w:t>
            </w:r>
            <w:r>
              <w:rPr>
                <w:color w:val="000000"/>
                <w:sz w:val="15"/>
              </w:rPr>
              <w:t>2.390,00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98FB0A" w14:textId="77777777" w:rsidR="00E1415A" w:rsidRDefault="00E1415A"/>
        </w:tc>
      </w:tr>
      <w:tr w:rsidR="00E1415A" w14:paraId="01CAC5BB" w14:textId="77777777" w:rsidTr="009E3747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4A09D7" w14:textId="77777777" w:rsidR="00E1415A" w:rsidRDefault="00FA6C37">
            <w:r>
              <w:rPr>
                <w:color w:val="000000"/>
                <w:sz w:val="15"/>
              </w:rPr>
              <w:t>Iniciação Científica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6848C9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2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BD0C07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12 meses, prorrogável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34D8C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FAPESC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42C802" w14:textId="77777777" w:rsidR="00E1415A" w:rsidRDefault="00FA6C37">
            <w:pPr>
              <w:jc w:val="center"/>
            </w:pPr>
            <w:r>
              <w:rPr>
                <w:color w:val="000000"/>
                <w:sz w:val="15"/>
              </w:rPr>
              <w:t>R$ 1.025,00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FFA788" w14:textId="77777777" w:rsidR="00E1415A" w:rsidRDefault="00E1415A"/>
        </w:tc>
      </w:tr>
    </w:tbl>
    <w:p w14:paraId="5B1048AF" w14:textId="77777777" w:rsidR="00E1415A" w:rsidRDefault="00FA6C37">
      <w:pPr>
        <w:spacing w:before="20" w:after="60"/>
      </w:pPr>
      <w:r>
        <w:rPr>
          <w:i/>
          <w:color w:val="5A5A5A"/>
          <w:sz w:val="15"/>
        </w:rPr>
        <w:t xml:space="preserve">* </w:t>
      </w:r>
      <w:proofErr w:type="spellStart"/>
      <w:r>
        <w:rPr>
          <w:i/>
          <w:color w:val="5A5A5A"/>
          <w:sz w:val="15"/>
        </w:rPr>
        <w:t>Valores</w:t>
      </w:r>
      <w:proofErr w:type="spellEnd"/>
      <w:r>
        <w:rPr>
          <w:i/>
          <w:color w:val="5A5A5A"/>
          <w:sz w:val="15"/>
        </w:rPr>
        <w:t xml:space="preserve"> </w:t>
      </w:r>
      <w:proofErr w:type="spellStart"/>
      <w:r>
        <w:rPr>
          <w:i/>
          <w:color w:val="5A5A5A"/>
          <w:sz w:val="15"/>
        </w:rPr>
        <w:t>conforme</w:t>
      </w:r>
      <w:proofErr w:type="spellEnd"/>
      <w:r>
        <w:rPr>
          <w:i/>
          <w:color w:val="5A5A5A"/>
          <w:sz w:val="15"/>
        </w:rPr>
        <w:t xml:space="preserve"> a minuta do Edital Interno; observar a redação final da Chamada e eventuais atualizações antes da submissão.</w:t>
      </w:r>
    </w:p>
    <w:p w14:paraId="1AC152CC" w14:textId="77777777" w:rsidR="00E1415A" w:rsidRDefault="00FA6C37">
      <w:pPr>
        <w:keepNext/>
        <w:spacing w:before="120" w:after="40"/>
      </w:pPr>
      <w:r>
        <w:rPr>
          <w:b/>
          <w:sz w:val="20"/>
        </w:rPr>
        <w:t>8. DECLARAÇÃO</w:t>
      </w:r>
    </w:p>
    <w:p w14:paraId="059211D6" w14:textId="77777777" w:rsidR="00E1415A" w:rsidRDefault="00FA6C37">
      <w:pPr>
        <w:spacing w:after="200"/>
        <w:jc w:val="both"/>
      </w:pPr>
      <w:r>
        <w:t xml:space="preserve">Declaramos que as </w:t>
      </w:r>
      <w:r>
        <w:t>informações apresentadas nesta proposta são verdadeiras; que o projeto está alinhado ao Edital Interno PROFIX PROPPG/UDESC nº XX/2026 e à Chamada Pública FAPESC/CNPq/CAPES nº 055/2026; que o(a) candidato(a) à Bolsa CB-1 participou do processo seletivo inte</w:t>
      </w:r>
      <w:r>
        <w:t>rno do PPG; e que, em caso de seleção pela UDESC, o conteúdo submetido no SIGFAPESC manterá aderência ao projeto aprovado internamente.</w:t>
      </w:r>
    </w:p>
    <w:p w14:paraId="4FC2FB49" w14:textId="77777777" w:rsidR="00E1415A" w:rsidRDefault="00FA6C37">
      <w:pPr>
        <w:spacing w:after="280"/>
        <w:jc w:val="center"/>
      </w:pPr>
      <w:r>
        <w:t>____________________________, ____ de __________________ de 2026.</w:t>
      </w:r>
    </w:p>
    <w:p w14:paraId="062EF05F" w14:textId="77777777" w:rsidR="00E1415A" w:rsidRDefault="00FA6C37">
      <w:pPr>
        <w:jc w:val="center"/>
      </w:pPr>
      <w:r>
        <w:rPr>
          <w:b/>
        </w:rPr>
        <w:t>____________________________________________</w:t>
      </w:r>
    </w:p>
    <w:p w14:paraId="51C81F9D" w14:textId="77777777" w:rsidR="00E1415A" w:rsidRDefault="00FA6C37">
      <w:pPr>
        <w:jc w:val="center"/>
      </w:pPr>
      <w:r>
        <w:rPr>
          <w:b/>
        </w:rPr>
        <w:t xml:space="preserve">Prof.(a) </w:t>
      </w:r>
      <w:r>
        <w:rPr>
          <w:b/>
        </w:rPr>
        <w:t>Dr.(a) ____________________________________________</w:t>
      </w:r>
      <w:r>
        <w:rPr>
          <w:b/>
        </w:rPr>
        <w:br/>
        <w:t>Coordenador(a) do PPG / Proponente</w:t>
      </w:r>
    </w:p>
    <w:p w14:paraId="05719F3C" w14:textId="77777777" w:rsidR="00E1415A" w:rsidRDefault="00FA6C37">
      <w:pPr>
        <w:spacing w:after="160"/>
        <w:jc w:val="center"/>
      </w:pPr>
      <w:r>
        <w:rPr>
          <w:i/>
          <w:sz w:val="16"/>
        </w:rPr>
        <w:t>~assinado digitalmente~</w:t>
      </w:r>
    </w:p>
    <w:p w14:paraId="72F66210" w14:textId="77777777" w:rsidR="00E1415A" w:rsidRDefault="00FA6C37">
      <w:pPr>
        <w:jc w:val="center"/>
      </w:pPr>
      <w:r>
        <w:rPr>
          <w:b/>
        </w:rPr>
        <w:t>____________________________________________</w:t>
      </w:r>
    </w:p>
    <w:p w14:paraId="711CF286" w14:textId="77777777" w:rsidR="00E1415A" w:rsidRDefault="00FA6C37">
      <w:pPr>
        <w:jc w:val="center"/>
      </w:pPr>
      <w:r>
        <w:rPr>
          <w:b/>
        </w:rPr>
        <w:t>Dr.(a) _________________________________________________</w:t>
      </w:r>
      <w:r>
        <w:rPr>
          <w:b/>
        </w:rPr>
        <w:br/>
        <w:t>Candidato(a) à Bolsa Conhecimento Brasil (C</w:t>
      </w:r>
      <w:r>
        <w:rPr>
          <w:b/>
        </w:rPr>
        <w:t>B-1)</w:t>
      </w:r>
    </w:p>
    <w:p w14:paraId="7E91027A" w14:textId="77777777" w:rsidR="00E1415A" w:rsidRDefault="00FA6C37">
      <w:pPr>
        <w:spacing w:after="160"/>
        <w:jc w:val="center"/>
      </w:pPr>
      <w:r>
        <w:rPr>
          <w:i/>
          <w:sz w:val="16"/>
        </w:rPr>
        <w:t>~assinado digitalmente~</w:t>
      </w:r>
    </w:p>
    <w:sectPr w:rsidR="00E1415A" w:rsidSect="00034616">
      <w:footerReference w:type="default" r:id="rId9"/>
      <w:pgSz w:w="12240" w:h="15840"/>
      <w:pgMar w:top="794" w:right="794" w:bottom="794" w:left="794" w:header="283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84350" w14:textId="77777777" w:rsidR="00000000" w:rsidRDefault="00FA6C37">
      <w:r>
        <w:separator/>
      </w:r>
    </w:p>
  </w:endnote>
  <w:endnote w:type="continuationSeparator" w:id="0">
    <w:p w14:paraId="1E19E2A5" w14:textId="77777777" w:rsidR="00000000" w:rsidRDefault="00FA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11E9D" w14:textId="77777777" w:rsidR="00E1415A" w:rsidRDefault="00FA6C37">
    <w:pPr>
      <w:pStyle w:val="Rodap"/>
      <w:jc w:val="center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E37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11982" w14:textId="77777777" w:rsidR="00000000" w:rsidRDefault="00FA6C37">
      <w:r>
        <w:separator/>
      </w:r>
    </w:p>
  </w:footnote>
  <w:footnote w:type="continuationSeparator" w:id="0">
    <w:p w14:paraId="417B9750" w14:textId="77777777" w:rsidR="00000000" w:rsidRDefault="00FA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E3747"/>
    <w:rsid w:val="00AA1D8D"/>
    <w:rsid w:val="00B47730"/>
    <w:rsid w:val="00CB0664"/>
    <w:rsid w:val="00E1415A"/>
    <w:rsid w:val="00FA6C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7A91E8"/>
  <w14:defaultImageDpi w14:val="300"/>
  <w15:docId w15:val="{EF918CE9-9B69-4672-BA68-CC14E503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1222</Words>
  <Characters>6605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GEISA LETICIA KEMPFER BOCK</cp:lastModifiedBy>
  <cp:revision>2</cp:revision>
  <dcterms:created xsi:type="dcterms:W3CDTF">2026-09-30T21:19:00Z</dcterms:created>
  <dcterms:modified xsi:type="dcterms:W3CDTF">2026-09-30T21:19:00Z</dcterms:modified>
  <cp:category/>
</cp:coreProperties>
</file>