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B27D1" w14:textId="77777777" w:rsidR="005A3AE1" w:rsidRDefault="001949E5">
      <w:pPr>
        <w:spacing w:after="60"/>
      </w:pPr>
      <w:r>
        <w:rPr>
          <w:noProof/>
        </w:rPr>
        <w:drawing>
          <wp:inline distT="0" distB="0" distL="0" distR="0" wp14:anchorId="06444875" wp14:editId="049C6568">
            <wp:extent cx="1170000" cy="4749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esc_logo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0000" cy="47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36A3F" w14:textId="7D280562" w:rsidR="005A3AE1" w:rsidRDefault="001949E5">
      <w:pPr>
        <w:jc w:val="center"/>
      </w:pPr>
      <w:r>
        <w:rPr>
          <w:b/>
          <w:sz w:val="22"/>
        </w:rPr>
        <w:t>ANEXO I</w:t>
      </w:r>
    </w:p>
    <w:p w14:paraId="29DFCD40" w14:textId="77777777" w:rsidR="005A3AE1" w:rsidRDefault="001949E5">
      <w:pPr>
        <w:jc w:val="center"/>
      </w:pPr>
      <w:r>
        <w:rPr>
          <w:b/>
          <w:sz w:val="24"/>
        </w:rPr>
        <w:t>FORMULÁRIO DE SUBMISSÃO</w:t>
      </w:r>
    </w:p>
    <w:p w14:paraId="4D9C512C" w14:textId="77777777" w:rsidR="007750FC" w:rsidRDefault="007750FC" w:rsidP="007750FC">
      <w:pPr>
        <w:jc w:val="center"/>
      </w:pPr>
      <w:r>
        <w:rPr>
          <w:b/>
          <w:sz w:val="20"/>
        </w:rPr>
        <w:t>EDITAL DE CHAMADA PÚBLICA - PROFIX PROPPG/UDESC Nº 11/2026</w:t>
      </w:r>
    </w:p>
    <w:p w14:paraId="00E2E9D8" w14:textId="77777777" w:rsidR="007750FC" w:rsidRDefault="007750FC" w:rsidP="007750FC">
      <w:pPr>
        <w:jc w:val="center"/>
      </w:pPr>
      <w:r w:rsidRPr="009E3747">
        <w:rPr>
          <w:b/>
          <w:sz w:val="20"/>
        </w:rPr>
        <w:t xml:space="preserve">PRÉ-SELEÇÃO DE PROPOSTAS PARA A CHAMADA PÚBLICA </w:t>
      </w:r>
      <w:r>
        <w:rPr>
          <w:b/>
          <w:sz w:val="20"/>
        </w:rPr>
        <w:t>FAPESC/</w:t>
      </w:r>
      <w:proofErr w:type="spellStart"/>
      <w:r>
        <w:rPr>
          <w:b/>
          <w:sz w:val="20"/>
        </w:rPr>
        <w:t>CNPq</w:t>
      </w:r>
      <w:proofErr w:type="spellEnd"/>
      <w:r>
        <w:rPr>
          <w:b/>
          <w:sz w:val="20"/>
        </w:rPr>
        <w:t>/CAPES Nº 055/2026</w:t>
      </w:r>
    </w:p>
    <w:p w14:paraId="1C31A351" w14:textId="77777777" w:rsidR="007750FC" w:rsidRDefault="007750FC" w:rsidP="007750FC">
      <w:pPr>
        <w:spacing w:after="80"/>
        <w:jc w:val="center"/>
      </w:pPr>
      <w:r>
        <w:rPr>
          <w:b/>
          <w:sz w:val="20"/>
        </w:rPr>
        <w:t>PROGRAMA DE APOIO À FIXAÇÃO DE DOUTORES NO BRASIL - PROFIX-CB</w:t>
      </w:r>
    </w:p>
    <w:p w14:paraId="6E0F2C21" w14:textId="77777777" w:rsidR="005A3AE1" w:rsidRDefault="001949E5">
      <w:pPr>
        <w:spacing w:after="100"/>
        <w:jc w:val="both"/>
      </w:pPr>
      <w:proofErr w:type="spellStart"/>
      <w:r>
        <w:rPr>
          <w:i/>
          <w:color w:val="5A5A5A"/>
          <w:sz w:val="16"/>
        </w:rPr>
        <w:t>Orientação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geral</w:t>
      </w:r>
      <w:proofErr w:type="spellEnd"/>
      <w:r>
        <w:rPr>
          <w:i/>
          <w:color w:val="5A5A5A"/>
          <w:sz w:val="16"/>
        </w:rPr>
        <w:t xml:space="preserve">: </w:t>
      </w:r>
      <w:proofErr w:type="spellStart"/>
      <w:r>
        <w:rPr>
          <w:i/>
          <w:color w:val="5A5A5A"/>
          <w:sz w:val="16"/>
        </w:rPr>
        <w:t>este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formulário</w:t>
      </w:r>
      <w:proofErr w:type="spellEnd"/>
      <w:r>
        <w:rPr>
          <w:i/>
          <w:color w:val="5A5A5A"/>
          <w:sz w:val="16"/>
        </w:rPr>
        <w:t xml:space="preserve"> acompanha </w:t>
      </w:r>
      <w:proofErr w:type="gramStart"/>
      <w:r>
        <w:rPr>
          <w:i/>
          <w:color w:val="5A5A5A"/>
          <w:sz w:val="16"/>
        </w:rPr>
        <w:t>a</w:t>
      </w:r>
      <w:proofErr w:type="gramEnd"/>
      <w:r>
        <w:rPr>
          <w:i/>
          <w:color w:val="5A5A5A"/>
          <w:sz w:val="16"/>
        </w:rPr>
        <w:t xml:space="preserve"> inscrição interna do PPG e deve ser preenchido de forma objetiva e coerente com o projeto e com as informações que, em caso de seleção, serão inseridas no SIGFAPESC. A submissão é realizada pelo(a) coordenador(a) do PPG.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5A3AE1" w14:paraId="0B386792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1CE98B" w14:textId="77777777" w:rsidR="005A3AE1" w:rsidRDefault="001949E5">
            <w:r>
              <w:rPr>
                <w:b/>
                <w:color w:val="FFFFFF"/>
                <w:sz w:val="19"/>
              </w:rPr>
              <w:t>1. IDENTIFIC</w:t>
            </w:r>
            <w:r>
              <w:rPr>
                <w:b/>
                <w:color w:val="FFFFFF"/>
                <w:sz w:val="19"/>
              </w:rPr>
              <w:t>AÇÃO DO PPG E DO(A) PROPONENTE</w:t>
            </w:r>
          </w:p>
        </w:tc>
      </w:tr>
      <w:tr w:rsidR="005A3AE1" w14:paraId="41C0A30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E9F900" w14:textId="77777777" w:rsidR="005A3AE1" w:rsidRDefault="001949E5">
            <w:r>
              <w:rPr>
                <w:color w:val="000000"/>
              </w:rPr>
              <w:t>Programa de Pós-Graduação (PPG):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0227E0" w14:textId="77777777" w:rsidR="005A3AE1" w:rsidRDefault="005A3AE1"/>
        </w:tc>
      </w:tr>
      <w:tr w:rsidR="005A3AE1" w14:paraId="2B99B559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3B178A" w14:textId="77777777" w:rsidR="005A3AE1" w:rsidRDefault="001949E5">
            <w:r>
              <w:rPr>
                <w:color w:val="000000"/>
              </w:rPr>
              <w:t>Curso de doutorado: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02D45C" w14:textId="77777777" w:rsidR="005A3AE1" w:rsidRDefault="001949E5">
            <w:r>
              <w:rPr>
                <w:color w:val="000000"/>
              </w:rPr>
              <w:t>(   ) Acadêmico    (   ) Profissional</w:t>
            </w:r>
          </w:p>
        </w:tc>
      </w:tr>
      <w:tr w:rsidR="005A3AE1" w14:paraId="156427EC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CEEEC6" w14:textId="77777777" w:rsidR="005A3AE1" w:rsidRDefault="001949E5">
            <w:r>
              <w:rPr>
                <w:color w:val="000000"/>
              </w:rPr>
              <w:t>Coordenador(a) do PPG / proponente: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AAFACC" w14:textId="77777777" w:rsidR="005A3AE1" w:rsidRDefault="005A3AE1"/>
        </w:tc>
      </w:tr>
      <w:tr w:rsidR="005A3AE1" w14:paraId="3B2D2DBC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5C4AF9" w14:textId="77777777" w:rsidR="005A3AE1" w:rsidRDefault="001949E5">
            <w:r>
              <w:rPr>
                <w:color w:val="000000"/>
              </w:rPr>
              <w:t>Departamento: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B4FBCF" w14:textId="77777777" w:rsidR="005A3AE1" w:rsidRDefault="005A3AE1"/>
        </w:tc>
      </w:tr>
      <w:tr w:rsidR="005A3AE1" w14:paraId="0AE9AB5A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4050C0" w14:textId="77777777" w:rsidR="005A3AE1" w:rsidRDefault="001949E5">
            <w:r>
              <w:rPr>
                <w:color w:val="000000"/>
              </w:rPr>
              <w:t>Centro: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66AC37" w14:textId="77777777" w:rsidR="005A3AE1" w:rsidRDefault="005A3AE1"/>
        </w:tc>
      </w:tr>
      <w:tr w:rsidR="005A3AE1" w14:paraId="302FF843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5F486E" w14:textId="77777777" w:rsidR="005A3AE1" w:rsidRDefault="001949E5">
            <w:r>
              <w:rPr>
                <w:color w:val="000000"/>
              </w:rPr>
              <w:t>E-mail institucional: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6A684B" w14:textId="77777777" w:rsidR="005A3AE1" w:rsidRDefault="005A3AE1"/>
        </w:tc>
      </w:tr>
      <w:tr w:rsidR="005A3AE1" w14:paraId="56F7750D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53F549" w14:textId="77777777" w:rsidR="005A3AE1" w:rsidRDefault="001949E5">
            <w:r>
              <w:rPr>
                <w:color w:val="000000"/>
              </w:rPr>
              <w:t>Link do Currículo Lattes: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F5CE48" w14:textId="77777777" w:rsidR="005A3AE1" w:rsidRDefault="005A3AE1"/>
        </w:tc>
      </w:tr>
      <w:tr w:rsidR="005A3AE1" w14:paraId="07D2284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5245D7" w14:textId="77777777" w:rsidR="005A3AE1" w:rsidRDefault="001949E5">
            <w:r>
              <w:rPr>
                <w:color w:val="000000"/>
              </w:rPr>
              <w:t>ORCID: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4E4C4E" w14:textId="77777777" w:rsidR="005A3AE1" w:rsidRDefault="005A3AE1"/>
        </w:tc>
      </w:tr>
      <w:tr w:rsidR="005A3AE1" w14:paraId="1A8AE829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5FDA66" w14:textId="77777777" w:rsidR="005A3AE1" w:rsidRDefault="001949E5">
            <w:r>
              <w:rPr>
                <w:color w:val="000000"/>
              </w:rPr>
              <w:t>Índice H do(a) proponente: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4A5426" w14:textId="77777777" w:rsidR="005A3AE1" w:rsidRDefault="001949E5">
            <w:r>
              <w:rPr>
                <w:color w:val="000000"/>
              </w:rPr>
              <w:t>Fonte/base: ____________________   Data da consulta: ____/____/______</w:t>
            </w:r>
          </w:p>
        </w:tc>
      </w:tr>
      <w:tr w:rsidR="005A3AE1" w14:paraId="560356F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F922C4" w14:textId="77777777" w:rsidR="005A3AE1" w:rsidRDefault="001949E5">
            <w:r>
              <w:rPr>
                <w:color w:val="000000"/>
              </w:rPr>
              <w:t>Linha(s) de pesquisa do PPG relacionada(s) à proposta: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B7AA0C" w14:textId="77777777" w:rsidR="005A3AE1" w:rsidRDefault="005A3AE1"/>
        </w:tc>
      </w:tr>
      <w:tr w:rsidR="005A3AE1" w14:paraId="0C38E111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2C1BF1" w14:textId="77777777" w:rsidR="005A3AE1" w:rsidRDefault="001949E5">
            <w:r>
              <w:rPr>
                <w:b/>
                <w:color w:val="FFFFFF"/>
                <w:sz w:val="19"/>
              </w:rPr>
              <w:t>2. IDENTIFICAÇÃO DO(A) CANDIDATO(A) À BOLSA CONHECIMENTO BRASIL (CB-1)</w:t>
            </w:r>
          </w:p>
        </w:tc>
      </w:tr>
      <w:tr w:rsidR="005A3AE1" w14:paraId="38D2C3D0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1F0DF5" w14:textId="77777777" w:rsidR="005A3AE1" w:rsidRDefault="001949E5">
            <w:r>
              <w:rPr>
                <w:color w:val="000000"/>
              </w:rPr>
              <w:t>Nome completo: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676678" w14:textId="77777777" w:rsidR="005A3AE1" w:rsidRDefault="005A3AE1"/>
        </w:tc>
      </w:tr>
      <w:tr w:rsidR="005A3AE1" w14:paraId="6CAB2F33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AEE193" w14:textId="77777777" w:rsidR="005A3AE1" w:rsidRDefault="001949E5">
            <w:r>
              <w:rPr>
                <w:color w:val="000000"/>
              </w:rPr>
              <w:t>Nacionalidade: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10842B" w14:textId="77777777" w:rsidR="005A3AE1" w:rsidRDefault="005A3AE1"/>
        </w:tc>
      </w:tr>
      <w:tr w:rsidR="005A3AE1" w14:paraId="49AE8CDA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3E9F99" w14:textId="77777777" w:rsidR="005A3AE1" w:rsidRDefault="001949E5">
            <w:r>
              <w:rPr>
                <w:color w:val="000000"/>
              </w:rPr>
              <w:t>Doutorado (área / instituição / ano):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7DBC53" w14:textId="77777777" w:rsidR="005A3AE1" w:rsidRDefault="005A3AE1"/>
        </w:tc>
      </w:tr>
      <w:tr w:rsidR="005A3AE1" w14:paraId="21C060D3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5E52B9" w14:textId="77777777" w:rsidR="005A3AE1" w:rsidRDefault="001949E5">
            <w:r>
              <w:rPr>
                <w:color w:val="000000"/>
              </w:rPr>
              <w:t>Link do Currículo Lattes: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9860A4" w14:textId="77777777" w:rsidR="005A3AE1" w:rsidRDefault="005A3AE1"/>
        </w:tc>
      </w:tr>
      <w:tr w:rsidR="005A3AE1" w14:paraId="64D07B34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4F520C" w14:textId="77777777" w:rsidR="005A3AE1" w:rsidRDefault="001949E5">
            <w:r>
              <w:rPr>
                <w:color w:val="000000"/>
              </w:rPr>
              <w:t>ORCID: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0B7691" w14:textId="77777777" w:rsidR="005A3AE1" w:rsidRDefault="005A3AE1"/>
        </w:tc>
      </w:tr>
      <w:tr w:rsidR="005A3AE1" w14:paraId="3916EFB3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1374A0" w14:textId="77777777" w:rsidR="005A3AE1" w:rsidRDefault="001949E5">
            <w:r>
              <w:rPr>
                <w:color w:val="000000"/>
              </w:rPr>
              <w:t>Índice H do(a) candidato(a):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6DE5D4" w14:textId="77777777" w:rsidR="005A3AE1" w:rsidRDefault="001949E5">
            <w:r>
              <w:rPr>
                <w:color w:val="000000"/>
              </w:rPr>
              <w:t>Fonte/base: ____________________   Data da consulta: ____/____/______</w:t>
            </w:r>
          </w:p>
        </w:tc>
      </w:tr>
      <w:tr w:rsidR="005A3AE1" w14:paraId="5534890D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F67F44" w14:textId="77777777" w:rsidR="005A3AE1" w:rsidRDefault="001949E5">
            <w:r>
              <w:rPr>
                <w:color w:val="000000"/>
              </w:rPr>
              <w:t xml:space="preserve">Vínculo empregatício/funcional com instituição </w:t>
            </w:r>
            <w:r>
              <w:rPr>
                <w:color w:val="000000"/>
              </w:rPr>
              <w:t>nacional durante a vigência da bolsa: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7D3A5A" w14:textId="77777777" w:rsidR="005A3AE1" w:rsidRDefault="001949E5">
            <w:r>
              <w:rPr>
                <w:color w:val="000000"/>
              </w:rPr>
              <w:t>(   ) Não possui / compromete-se a não possuir    (   ) Outro: __________________________</w:t>
            </w:r>
          </w:p>
        </w:tc>
      </w:tr>
      <w:tr w:rsidR="005A3AE1" w14:paraId="0C6FB02C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7AA963" w14:textId="77777777" w:rsidR="005A3AE1" w:rsidRDefault="001949E5">
            <w:r>
              <w:rPr>
                <w:color w:val="000000"/>
              </w:rPr>
              <w:t>Residência em Santa Catarina durante a vigência: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C129DD" w14:textId="77777777" w:rsidR="005A3AE1" w:rsidRDefault="001949E5">
            <w:r>
              <w:rPr>
                <w:color w:val="000000"/>
              </w:rPr>
              <w:t>(   ) Compromete-se</w:t>
            </w:r>
          </w:p>
        </w:tc>
      </w:tr>
      <w:tr w:rsidR="005A3AE1" w14:paraId="7FA19390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C633E5" w14:textId="77777777" w:rsidR="005A3AE1" w:rsidRDefault="001949E5">
            <w:r>
              <w:rPr>
                <w:color w:val="000000"/>
              </w:rPr>
              <w:t>Disponibilidade presencial: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C19C9A" w14:textId="77777777" w:rsidR="005A3AE1" w:rsidRDefault="001949E5">
            <w:r>
              <w:rPr>
                <w:color w:val="000000"/>
              </w:rPr>
              <w:t>(   ) 30 horas semanais</w:t>
            </w:r>
          </w:p>
        </w:tc>
      </w:tr>
      <w:tr w:rsidR="005A3AE1" w14:paraId="2F6A23A5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A6F06C" w14:textId="77777777" w:rsidR="005A3AE1" w:rsidRDefault="001949E5">
            <w:r>
              <w:rPr>
                <w:color w:val="000000"/>
              </w:rPr>
              <w:t>Proc</w:t>
            </w:r>
            <w:r>
              <w:rPr>
                <w:color w:val="000000"/>
              </w:rPr>
              <w:t>esso seletivo interno do PPG: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625BD7" w14:textId="77777777" w:rsidR="005A3AE1" w:rsidRDefault="001949E5">
            <w:r>
              <w:rPr>
                <w:color w:val="000000"/>
              </w:rPr>
              <w:t>Identificação/edital: ______________________________  Data: ____/____/______</w:t>
            </w:r>
          </w:p>
        </w:tc>
      </w:tr>
      <w:tr w:rsidR="005A3AE1" w14:paraId="232E37A1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E630EF" w14:textId="77777777" w:rsidR="005A3AE1" w:rsidRDefault="001949E5">
            <w:r>
              <w:rPr>
                <w:color w:val="000000"/>
              </w:rPr>
              <w:t>Aprovação do colegiado do PPG: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EFF8F2" w14:textId="77777777" w:rsidR="005A3AE1" w:rsidRDefault="001949E5">
            <w:r>
              <w:rPr>
                <w:color w:val="000000"/>
              </w:rPr>
              <w:t>Ata/reunião: _______________________________________  Data: ____/____/______</w:t>
            </w:r>
          </w:p>
        </w:tc>
      </w:tr>
      <w:tr w:rsidR="005A3AE1" w14:paraId="37AB95AD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18DB8D" w14:textId="77777777" w:rsidR="005A3AE1" w:rsidRDefault="001949E5">
            <w:r>
              <w:rPr>
                <w:b/>
                <w:color w:val="FFFFFF"/>
                <w:sz w:val="19"/>
              </w:rPr>
              <w:t>3. IDENTIFICAÇÃO DA PROPOSTA</w:t>
            </w:r>
          </w:p>
        </w:tc>
      </w:tr>
      <w:tr w:rsidR="005A3AE1" w14:paraId="7AC7FD5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99E570" w14:textId="77777777" w:rsidR="005A3AE1" w:rsidRDefault="001949E5">
            <w:r>
              <w:rPr>
                <w:color w:val="000000"/>
              </w:rPr>
              <w:t>Título do projeto: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03E07D" w14:textId="77777777" w:rsidR="005A3AE1" w:rsidRDefault="005A3AE1"/>
        </w:tc>
      </w:tr>
      <w:tr w:rsidR="005A3AE1" w14:paraId="7BA69B7D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4EDBF4" w14:textId="77777777" w:rsidR="005A3AE1" w:rsidRDefault="001949E5">
            <w:r>
              <w:rPr>
                <w:color w:val="000000"/>
              </w:rPr>
              <w:t>Área de Conhecimento 1 (CNPq):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590878" w14:textId="77777777" w:rsidR="005A3AE1" w:rsidRDefault="005A3AE1"/>
        </w:tc>
      </w:tr>
      <w:tr w:rsidR="005A3AE1" w14:paraId="04E39ACA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A7F795" w14:textId="77777777" w:rsidR="005A3AE1" w:rsidRDefault="001949E5">
            <w:r>
              <w:rPr>
                <w:color w:val="000000"/>
              </w:rPr>
              <w:t>Área de Conhecimento 2 (CNPq), se houver: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D1DBA1" w14:textId="77777777" w:rsidR="005A3AE1" w:rsidRDefault="005A3AE1"/>
        </w:tc>
      </w:tr>
      <w:tr w:rsidR="005A3AE1" w14:paraId="5299897C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B5EF0E" w14:textId="77777777" w:rsidR="005A3AE1" w:rsidRDefault="001949E5">
            <w:r>
              <w:rPr>
                <w:color w:val="000000"/>
              </w:rPr>
              <w:t>Área de Conhecimento 3 (CNPq), se houver: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A0C45B" w14:textId="77777777" w:rsidR="005A3AE1" w:rsidRDefault="005A3AE1"/>
        </w:tc>
      </w:tr>
      <w:tr w:rsidR="005A3AE1" w14:paraId="54269570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3C3D40" w14:textId="77777777" w:rsidR="005A3AE1" w:rsidRDefault="001949E5">
            <w:r>
              <w:rPr>
                <w:color w:val="000000"/>
              </w:rPr>
              <w:t>Grupo de Pesquisa/CNPq: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06ACF9" w14:textId="77777777" w:rsidR="005A3AE1" w:rsidRDefault="005A3AE1"/>
        </w:tc>
      </w:tr>
      <w:tr w:rsidR="005A3AE1" w14:paraId="676B5D76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3FC061" w14:textId="77777777" w:rsidR="005A3AE1" w:rsidRDefault="001949E5">
            <w:r>
              <w:rPr>
                <w:color w:val="000000"/>
              </w:rPr>
              <w:t>Instituição executora: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C42926" w14:textId="77777777" w:rsidR="005A3AE1" w:rsidRDefault="001949E5">
            <w:r>
              <w:rPr>
                <w:color w:val="000000"/>
              </w:rPr>
              <w:t>Universidade do Estado de Santa Catarina - UDESC</w:t>
            </w:r>
          </w:p>
        </w:tc>
      </w:tr>
      <w:tr w:rsidR="005A3AE1" w14:paraId="12F622EB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ED5CB9" w14:textId="77777777" w:rsidR="005A3AE1" w:rsidRDefault="001949E5">
            <w:r>
              <w:rPr>
                <w:color w:val="000000"/>
              </w:rPr>
              <w:t xml:space="preserve">Unidade </w:t>
            </w:r>
            <w:r>
              <w:rPr>
                <w:color w:val="000000"/>
              </w:rPr>
              <w:t>executora (Centro):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0AEB6A" w14:textId="77777777" w:rsidR="005A3AE1" w:rsidRDefault="005A3AE1"/>
        </w:tc>
      </w:tr>
      <w:tr w:rsidR="005A3AE1" w14:paraId="7DCFF0D0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A649F2" w14:textId="77777777" w:rsidR="005A3AE1" w:rsidRDefault="001949E5">
            <w:r>
              <w:rPr>
                <w:color w:val="000000"/>
              </w:rPr>
              <w:lastRenderedPageBreak/>
              <w:t>Início previsto: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6F81B6" w14:textId="77777777" w:rsidR="005A3AE1" w:rsidRDefault="001949E5">
            <w:r>
              <w:rPr>
                <w:color w:val="000000"/>
              </w:rPr>
              <w:t>____/____/______</w:t>
            </w:r>
          </w:p>
        </w:tc>
      </w:tr>
      <w:tr w:rsidR="005A3AE1" w14:paraId="2C80D38A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5669A1" w14:textId="77777777" w:rsidR="005A3AE1" w:rsidRDefault="001949E5">
            <w:r>
              <w:rPr>
                <w:color w:val="000000"/>
              </w:rPr>
              <w:t>Duração: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1F07F3" w14:textId="77777777" w:rsidR="005A3AE1" w:rsidRDefault="001949E5">
            <w:r>
              <w:rPr>
                <w:color w:val="000000"/>
              </w:rPr>
              <w:t>_____ meses (conforme a Chamada e a parametrização vigente no SIGFAPESC)</w:t>
            </w:r>
          </w:p>
        </w:tc>
      </w:tr>
      <w:tr w:rsidR="005A3AE1" w14:paraId="36D13326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401BF0" w14:textId="77777777" w:rsidR="005A3AE1" w:rsidRDefault="001949E5">
            <w:r>
              <w:rPr>
                <w:color w:val="000000"/>
              </w:rPr>
              <w:t>Gera patente?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7CB8FA" w14:textId="77777777" w:rsidR="005A3AE1" w:rsidRDefault="001949E5">
            <w:r>
              <w:rPr>
                <w:color w:val="000000"/>
              </w:rPr>
              <w:t>(   ) Não    (   ) Sim</w:t>
            </w:r>
          </w:p>
        </w:tc>
      </w:tr>
      <w:tr w:rsidR="005A3AE1" w14:paraId="0D0DEB4B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A41AF7" w14:textId="77777777" w:rsidR="005A3AE1" w:rsidRDefault="001949E5">
            <w:r>
              <w:rPr>
                <w:color w:val="000000"/>
              </w:rPr>
              <w:t>Possui inovação tecnológica?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AB2742" w14:textId="77777777" w:rsidR="005A3AE1" w:rsidRDefault="001949E5">
            <w:r>
              <w:rPr>
                <w:color w:val="000000"/>
              </w:rPr>
              <w:t>(   ) Não    (   ) Sim</w:t>
            </w:r>
          </w:p>
        </w:tc>
      </w:tr>
      <w:tr w:rsidR="005A3AE1" w14:paraId="126F6660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084754" w14:textId="77777777" w:rsidR="005A3AE1" w:rsidRDefault="001949E5">
            <w:r>
              <w:rPr>
                <w:color w:val="000000"/>
              </w:rPr>
              <w:t>Abrangência principal (Es</w:t>
            </w:r>
            <w:r>
              <w:rPr>
                <w:color w:val="000000"/>
              </w:rPr>
              <w:t>tado/Município):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A54C5D" w14:textId="77777777" w:rsidR="005A3AE1" w:rsidRDefault="001949E5">
            <w:r>
              <w:rPr>
                <w:color w:val="000000"/>
              </w:rPr>
              <w:t>Santa Catarina / _________________________________________________</w:t>
            </w:r>
          </w:p>
        </w:tc>
      </w:tr>
      <w:tr w:rsidR="005A3AE1" w14:paraId="1D9A59C1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B73B81" w14:textId="77777777" w:rsidR="005A3AE1" w:rsidRDefault="001949E5">
            <w:r>
              <w:rPr>
                <w:color w:val="000000"/>
              </w:rPr>
              <w:t>ODS relacionado(s):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729A68" w14:textId="77777777" w:rsidR="005A3AE1" w:rsidRDefault="001949E5">
            <w:r>
              <w:rPr>
                <w:color w:val="000000"/>
              </w:rPr>
              <w:t>Informar nº(s): ____________________________________________________</w:t>
            </w:r>
          </w:p>
        </w:tc>
      </w:tr>
      <w:tr w:rsidR="005A3AE1" w14:paraId="43DD2732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721003" w14:textId="77777777" w:rsidR="005A3AE1" w:rsidRDefault="001949E5">
            <w:r>
              <w:rPr>
                <w:b/>
                <w:color w:val="FFFFFF"/>
                <w:sz w:val="19"/>
              </w:rPr>
              <w:t>4. EIXO TEMÁTICO DA PROPOSTA - ASSINALAR APENAS 1 (UM)</w:t>
            </w:r>
          </w:p>
        </w:tc>
      </w:tr>
      <w:tr w:rsidR="005A3AE1" w14:paraId="2C19A807" w14:textId="77777777">
        <w:trPr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35766B" w14:textId="77777777" w:rsidR="005A3AE1" w:rsidRDefault="001949E5">
            <w:r>
              <w:rPr>
                <w:color w:val="000000"/>
              </w:rPr>
              <w:t>Eixo temático: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0CA4C4" w14:textId="77777777" w:rsidR="005A3AE1" w:rsidRDefault="001949E5">
            <w:r>
              <w:rPr>
                <w:color w:val="000000"/>
              </w:rPr>
              <w:t xml:space="preserve">(   ) 1. </w:t>
            </w:r>
            <w:r>
              <w:rPr>
                <w:color w:val="000000"/>
              </w:rPr>
              <w:t>Inteligência Artificial</w:t>
            </w:r>
            <w:r>
              <w:rPr>
                <w:color w:val="000000"/>
              </w:rPr>
              <w:br/>
              <w:t>(   ) 2. Biotecnologia</w:t>
            </w:r>
            <w:r>
              <w:rPr>
                <w:color w:val="000000"/>
              </w:rPr>
              <w:br/>
              <w:t>(   ) 3. Saúde</w:t>
            </w:r>
            <w:r>
              <w:rPr>
                <w:color w:val="000000"/>
              </w:rPr>
              <w:br/>
              <w:t>(   ) 4. Mobilidade Urbana e Cidades Inteligentes</w:t>
            </w:r>
            <w:r>
              <w:rPr>
                <w:color w:val="000000"/>
              </w:rPr>
              <w:br/>
              <w:t>(   ) 5. Transição Energética</w:t>
            </w:r>
            <w:r>
              <w:rPr>
                <w:color w:val="000000"/>
              </w:rPr>
              <w:br/>
              <w:t>(   ) 6. Saneamento</w:t>
            </w:r>
            <w:r>
              <w:rPr>
                <w:color w:val="000000"/>
              </w:rPr>
              <w:br/>
              <w:t>(   ) 7. Resíduos Industriais e Urbanos</w:t>
            </w:r>
          </w:p>
        </w:tc>
      </w:tr>
      <w:tr w:rsidR="005A3AE1" w14:paraId="68CC5385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4FF08D" w14:textId="77777777" w:rsidR="005A3AE1" w:rsidRDefault="001949E5">
            <w:r>
              <w:rPr>
                <w:b/>
                <w:color w:val="FFFFFF"/>
                <w:sz w:val="19"/>
              </w:rPr>
              <w:t>5. COMPOSIÇÃO PREVISTA DA EQUIPE DE BOLSISTAS</w:t>
            </w:r>
          </w:p>
        </w:tc>
      </w:tr>
      <w:tr w:rsidR="005A3AE1" w14:paraId="67676943" w14:textId="77777777">
        <w:trPr>
          <w:jc w:val="center"/>
        </w:trPr>
        <w:tc>
          <w:tcPr>
            <w:tcW w:w="10652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AD10BA" w14:textId="77777777" w:rsidR="005A3AE1" w:rsidRDefault="001949E5">
            <w:r>
              <w:rPr>
                <w:i/>
                <w:color w:val="5A5A5A"/>
                <w:sz w:val="17"/>
              </w:rPr>
              <w:t xml:space="preserve">A </w:t>
            </w:r>
            <w:r>
              <w:rPr>
                <w:i/>
                <w:color w:val="5A5A5A"/>
                <w:sz w:val="17"/>
              </w:rPr>
              <w:t>proposta deverá prever 1 bolsista CB-1, 1 doutorando, 2 mestrandos e 2 bolsistas de iniciação científica. Não é necessário indicar nominalmente os futuros bolsistas nesta etapa.</w:t>
            </w:r>
          </w:p>
        </w:tc>
      </w:tr>
    </w:tbl>
    <w:p w14:paraId="053E2A4E" w14:textId="77777777" w:rsidR="005A3AE1" w:rsidRDefault="005A3AE1">
      <w:pPr>
        <w:spacing w:after="40"/>
      </w:pPr>
    </w:p>
    <w:tbl>
      <w:tblPr>
        <w:tblStyle w:val="Tabelacomgrade"/>
        <w:tblW w:w="10596" w:type="dxa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2252"/>
        <w:gridCol w:w="2252"/>
        <w:gridCol w:w="3838"/>
      </w:tblGrid>
      <w:tr w:rsidR="005A3AE1" w14:paraId="253E0785" w14:textId="77777777" w:rsidTr="007750FC">
        <w:trPr>
          <w:trHeight w:val="143"/>
          <w:tblHeader/>
          <w:jc w:val="center"/>
        </w:trPr>
        <w:tc>
          <w:tcPr>
            <w:tcW w:w="2254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E99939" w14:textId="77777777" w:rsidR="005A3AE1" w:rsidRDefault="001949E5">
            <w:pPr>
              <w:jc w:val="center"/>
            </w:pPr>
            <w:proofErr w:type="spellStart"/>
            <w:r>
              <w:rPr>
                <w:b/>
                <w:color w:val="000000"/>
                <w:sz w:val="17"/>
              </w:rPr>
              <w:t>Modalidade</w:t>
            </w:r>
            <w:proofErr w:type="spellEnd"/>
          </w:p>
        </w:tc>
        <w:tc>
          <w:tcPr>
            <w:tcW w:w="2252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A803F5" w14:textId="77777777" w:rsidR="005A3AE1" w:rsidRDefault="001949E5">
            <w:pPr>
              <w:jc w:val="center"/>
            </w:pPr>
            <w:r>
              <w:rPr>
                <w:b/>
                <w:color w:val="000000"/>
                <w:sz w:val="17"/>
              </w:rPr>
              <w:t>Quantidade</w:t>
            </w:r>
          </w:p>
        </w:tc>
        <w:tc>
          <w:tcPr>
            <w:tcW w:w="2252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ACCF8F" w14:textId="77777777" w:rsidR="005A3AE1" w:rsidRDefault="001949E5">
            <w:pPr>
              <w:jc w:val="center"/>
            </w:pPr>
            <w:r>
              <w:rPr>
                <w:b/>
                <w:color w:val="000000"/>
                <w:sz w:val="17"/>
              </w:rPr>
              <w:t>Duração prevista</w:t>
            </w:r>
          </w:p>
        </w:tc>
        <w:tc>
          <w:tcPr>
            <w:tcW w:w="3838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A35699" w14:textId="77777777" w:rsidR="005A3AE1" w:rsidRDefault="001949E5">
            <w:pPr>
              <w:jc w:val="center"/>
            </w:pPr>
            <w:r>
              <w:rPr>
                <w:b/>
                <w:color w:val="000000"/>
                <w:sz w:val="17"/>
              </w:rPr>
              <w:t>Linha/atividade principal no projeto</w:t>
            </w:r>
          </w:p>
        </w:tc>
      </w:tr>
      <w:tr w:rsidR="005A3AE1" w14:paraId="6A599B5E" w14:textId="77777777" w:rsidTr="007750FC">
        <w:trPr>
          <w:cantSplit/>
          <w:trHeight w:val="276"/>
          <w:jc w:val="center"/>
        </w:trPr>
        <w:tc>
          <w:tcPr>
            <w:tcW w:w="22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B34E49" w14:textId="77777777" w:rsidR="005A3AE1" w:rsidRDefault="001949E5">
            <w:r>
              <w:rPr>
                <w:color w:val="000000"/>
                <w:sz w:val="17"/>
              </w:rPr>
              <w:t>Bolsa Conhecimento Brasil - CB-1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CF1F9D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FC7C63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até 48 meses</w:t>
            </w:r>
          </w:p>
        </w:tc>
        <w:tc>
          <w:tcPr>
            <w:tcW w:w="383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3CBE34" w14:textId="77777777" w:rsidR="005A3AE1" w:rsidRDefault="005A3AE1"/>
        </w:tc>
      </w:tr>
      <w:tr w:rsidR="005A3AE1" w14:paraId="37F6C44E" w14:textId="77777777" w:rsidTr="007750FC">
        <w:trPr>
          <w:cantSplit/>
          <w:trHeight w:val="153"/>
          <w:jc w:val="center"/>
        </w:trPr>
        <w:tc>
          <w:tcPr>
            <w:tcW w:w="22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AA541F" w14:textId="77777777" w:rsidR="005A3AE1" w:rsidRDefault="001949E5">
            <w:r>
              <w:rPr>
                <w:color w:val="000000"/>
                <w:sz w:val="17"/>
              </w:rPr>
              <w:t>Doutorado - CAPES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69DD1D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546FAF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até 48 meses</w:t>
            </w:r>
          </w:p>
        </w:tc>
        <w:tc>
          <w:tcPr>
            <w:tcW w:w="383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4D77B8" w14:textId="77777777" w:rsidR="005A3AE1" w:rsidRDefault="005A3AE1"/>
        </w:tc>
      </w:tr>
      <w:tr w:rsidR="005A3AE1" w14:paraId="47074384" w14:textId="77777777" w:rsidTr="007750FC">
        <w:trPr>
          <w:cantSplit/>
          <w:trHeight w:val="143"/>
          <w:jc w:val="center"/>
        </w:trPr>
        <w:tc>
          <w:tcPr>
            <w:tcW w:w="22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D5C4EC" w14:textId="77777777" w:rsidR="005A3AE1" w:rsidRDefault="001949E5">
            <w:r>
              <w:rPr>
                <w:color w:val="000000"/>
                <w:sz w:val="17"/>
              </w:rPr>
              <w:t>Mestrado - CAPES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F04A61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62515D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até 24 meses</w:t>
            </w:r>
          </w:p>
        </w:tc>
        <w:tc>
          <w:tcPr>
            <w:tcW w:w="383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D84CCE" w14:textId="77777777" w:rsidR="005A3AE1" w:rsidRDefault="005A3AE1"/>
        </w:tc>
      </w:tr>
      <w:tr w:rsidR="005A3AE1" w14:paraId="38736B76" w14:textId="77777777" w:rsidTr="007750FC">
        <w:trPr>
          <w:cantSplit/>
          <w:trHeight w:val="153"/>
          <w:jc w:val="center"/>
        </w:trPr>
        <w:tc>
          <w:tcPr>
            <w:tcW w:w="22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B60022" w14:textId="77777777" w:rsidR="005A3AE1" w:rsidRDefault="001949E5">
            <w:r>
              <w:rPr>
                <w:color w:val="000000"/>
                <w:sz w:val="17"/>
              </w:rPr>
              <w:t>Mestrado - FAPESC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3008BE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CC4C8B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até 24 meses</w:t>
            </w:r>
          </w:p>
        </w:tc>
        <w:tc>
          <w:tcPr>
            <w:tcW w:w="383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A16383" w14:textId="77777777" w:rsidR="005A3AE1" w:rsidRDefault="005A3AE1"/>
        </w:tc>
      </w:tr>
      <w:tr w:rsidR="005A3AE1" w14:paraId="4FE35E8A" w14:textId="77777777" w:rsidTr="007750FC">
        <w:trPr>
          <w:cantSplit/>
          <w:trHeight w:val="143"/>
          <w:jc w:val="center"/>
        </w:trPr>
        <w:tc>
          <w:tcPr>
            <w:tcW w:w="22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EE63A9" w14:textId="77777777" w:rsidR="005A3AE1" w:rsidRDefault="001949E5">
            <w:r>
              <w:rPr>
                <w:color w:val="000000"/>
                <w:sz w:val="17"/>
              </w:rPr>
              <w:t>Iniciação Científica - FAPESC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722368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2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C544E4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12 meses, prorrogável</w:t>
            </w:r>
          </w:p>
        </w:tc>
        <w:tc>
          <w:tcPr>
            <w:tcW w:w="383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F0BF30" w14:textId="77777777" w:rsidR="005A3AE1" w:rsidRDefault="005A3AE1"/>
        </w:tc>
      </w:tr>
    </w:tbl>
    <w:p w14:paraId="60AEC69F" w14:textId="77777777" w:rsidR="005A3AE1" w:rsidRDefault="001949E5">
      <w:pPr>
        <w:keepNext/>
        <w:spacing w:before="120" w:after="40"/>
      </w:pPr>
      <w:r>
        <w:rPr>
          <w:b/>
          <w:sz w:val="20"/>
        </w:rPr>
        <w:t xml:space="preserve">6. DECLARAÇÃO DO(A) </w:t>
      </w:r>
      <w:r>
        <w:rPr>
          <w:b/>
          <w:sz w:val="20"/>
        </w:rPr>
        <w:t>COORDENADOR(A) DO PPG</w:t>
      </w:r>
    </w:p>
    <w:p w14:paraId="2C06B095" w14:textId="77777777" w:rsidR="005A3AE1" w:rsidRDefault="001949E5">
      <w:pPr>
        <w:spacing w:after="200"/>
        <w:jc w:val="both"/>
      </w:pPr>
      <w:r>
        <w:t>Declaro que as informações apresentadas são verdadeiras; que o(a) candidato(a) à Bolsa CB-1 foi selecionado(a) em processo interno do PPG; que a proposta se enquadra em um único eixo temático do PROFIX-CB; e que, em caso de seleção in</w:t>
      </w:r>
      <w:r>
        <w:t>terna pela UDESC, as informações e o conteúdo técnico-científico serão mantidos de forma coerente na submissão ao SIGFAPESC, observadas as exigências da Chamada Pública FAPESC/CNPq/CAPES nº 055/2026.</w:t>
      </w:r>
    </w:p>
    <w:p w14:paraId="17B11069" w14:textId="77777777" w:rsidR="005A3AE1" w:rsidRDefault="001949E5">
      <w:pPr>
        <w:spacing w:after="280"/>
        <w:jc w:val="center"/>
      </w:pPr>
      <w:r>
        <w:t>____________________________, ____ de __________________</w:t>
      </w:r>
      <w:r>
        <w:t xml:space="preserve"> de 2026.</w:t>
      </w:r>
    </w:p>
    <w:p w14:paraId="7ECF3C2C" w14:textId="77777777" w:rsidR="005A3AE1" w:rsidRDefault="001949E5">
      <w:pPr>
        <w:jc w:val="center"/>
      </w:pPr>
      <w:r>
        <w:rPr>
          <w:b/>
        </w:rPr>
        <w:t>____________________________________________</w:t>
      </w:r>
    </w:p>
    <w:p w14:paraId="6F444E61" w14:textId="77777777" w:rsidR="005A3AE1" w:rsidRDefault="001949E5">
      <w:pPr>
        <w:jc w:val="center"/>
      </w:pPr>
      <w:r>
        <w:rPr>
          <w:b/>
        </w:rPr>
        <w:t>Prof.(a) Dr.(a) ____________________________________________</w:t>
      </w:r>
      <w:r>
        <w:rPr>
          <w:b/>
        </w:rPr>
        <w:br/>
        <w:t>Coordenador(a) do PPG / Proponente</w:t>
      </w:r>
    </w:p>
    <w:p w14:paraId="2A7FDCBF" w14:textId="77777777" w:rsidR="005A3AE1" w:rsidRDefault="001949E5">
      <w:pPr>
        <w:spacing w:after="160"/>
        <w:jc w:val="center"/>
      </w:pPr>
      <w:r>
        <w:rPr>
          <w:i/>
          <w:sz w:val="16"/>
        </w:rPr>
        <w:t>~assinado digitalmente~</w:t>
      </w:r>
    </w:p>
    <w:sectPr w:rsidR="005A3AE1" w:rsidSect="00034616">
      <w:footerReference w:type="default" r:id="rId9"/>
      <w:pgSz w:w="12240" w:h="15840"/>
      <w:pgMar w:top="794" w:right="794" w:bottom="794" w:left="794" w:header="283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1CF9A" w14:textId="77777777" w:rsidR="00000000" w:rsidRDefault="001949E5">
      <w:r>
        <w:separator/>
      </w:r>
    </w:p>
  </w:endnote>
  <w:endnote w:type="continuationSeparator" w:id="0">
    <w:p w14:paraId="4048AB89" w14:textId="77777777" w:rsidR="00000000" w:rsidRDefault="0019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15B45" w14:textId="77777777" w:rsidR="005A3AE1" w:rsidRDefault="001949E5">
    <w:pPr>
      <w:pStyle w:val="Rodap"/>
      <w:jc w:val="center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7750F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B0365" w14:textId="77777777" w:rsidR="00000000" w:rsidRDefault="001949E5">
      <w:r>
        <w:separator/>
      </w:r>
    </w:p>
  </w:footnote>
  <w:footnote w:type="continuationSeparator" w:id="0">
    <w:p w14:paraId="05E23B5C" w14:textId="77777777" w:rsidR="00000000" w:rsidRDefault="00194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49E5"/>
    <w:rsid w:val="0029639D"/>
    <w:rsid w:val="00326F90"/>
    <w:rsid w:val="005A3AE1"/>
    <w:rsid w:val="007750F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28CE3"/>
  <w14:defaultImageDpi w14:val="300"/>
  <w15:docId w15:val="{EF918CE9-9B69-4672-BA68-CC14E503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3322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GEISA LETICIA KEMPFER BOCK</cp:lastModifiedBy>
  <cp:revision>2</cp:revision>
  <dcterms:created xsi:type="dcterms:W3CDTF">2026-09-30T21:19:00Z</dcterms:created>
  <dcterms:modified xsi:type="dcterms:W3CDTF">2026-09-30T21:19:00Z</dcterms:modified>
  <cp:category/>
</cp:coreProperties>
</file>